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7615EC" w14:textId="77777777" w:rsidR="00353BFC" w:rsidRPr="00353BFC" w:rsidRDefault="00353BFC" w:rsidP="00353BFC">
      <w:pPr>
        <w:spacing w:after="40"/>
        <w:jc w:val="center"/>
        <w:rPr>
          <w:rFonts w:ascii="Times New Roman" w:hAnsi="Times New Roman" w:cs="Times New Roman"/>
          <w:b/>
          <w:color w:val="auto"/>
          <w:sz w:val="16"/>
          <w:szCs w:val="16"/>
          <w:lang w:val="cs-CZ"/>
        </w:rPr>
      </w:pPr>
      <w:r w:rsidRPr="00353BFC">
        <w:rPr>
          <w:rFonts w:ascii="Times New Roman" w:hAnsi="Times New Roman" w:cs="Times New Roman"/>
          <w:b/>
          <w:noProof/>
          <w:color w:val="auto"/>
          <w:sz w:val="16"/>
          <w:szCs w:val="16"/>
          <w:lang w:val="cs-CZ" w:eastAsia="cs-CZ"/>
        </w:rPr>
        <w:drawing>
          <wp:anchor distT="0" distB="0" distL="114300" distR="114300" simplePos="0" relativeHeight="251658240" behindDoc="1" locked="0" layoutInCell="1" allowOverlap="1" wp14:anchorId="226FE630" wp14:editId="39DE9575">
            <wp:simplePos x="0" y="0"/>
            <wp:positionH relativeFrom="column">
              <wp:posOffset>6012180</wp:posOffset>
            </wp:positionH>
            <wp:positionV relativeFrom="paragraph">
              <wp:posOffset>0</wp:posOffset>
            </wp:positionV>
            <wp:extent cx="971550" cy="959844"/>
            <wp:effectExtent l="0" t="0" r="0" b="0"/>
            <wp:wrapTight wrapText="bothSides">
              <wp:wrapPolygon edited="0">
                <wp:start x="0" y="0"/>
                <wp:lineTo x="0" y="21014"/>
                <wp:lineTo x="21176" y="21014"/>
                <wp:lineTo x="21176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598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33F39F" w14:textId="77777777" w:rsidR="00353BFC" w:rsidRPr="00353BFC" w:rsidRDefault="00353BFC" w:rsidP="00353BFC">
      <w:pPr>
        <w:spacing w:after="40"/>
        <w:jc w:val="center"/>
        <w:rPr>
          <w:rFonts w:ascii="Times New Roman" w:hAnsi="Times New Roman" w:cs="Times New Roman"/>
          <w:color w:val="auto"/>
          <w:lang w:val="cs-CZ"/>
        </w:rPr>
      </w:pPr>
      <w:r w:rsidRPr="00353BFC">
        <w:rPr>
          <w:rFonts w:ascii="Times New Roman" w:hAnsi="Times New Roman" w:cs="Times New Roman"/>
          <w:b/>
          <w:color w:val="auto"/>
          <w:sz w:val="28"/>
          <w:lang w:val="cs-CZ"/>
        </w:rPr>
        <w:t>DAROVACÍ SMLOUVA</w:t>
      </w:r>
    </w:p>
    <w:p w14:paraId="16160264" w14:textId="0C05180F" w:rsidR="00353BFC" w:rsidRPr="00353BFC" w:rsidRDefault="00353BFC" w:rsidP="00353BFC">
      <w:pPr>
        <w:spacing w:after="280"/>
        <w:jc w:val="center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i/>
          <w:color w:val="auto"/>
          <w:sz w:val="22"/>
          <w:lang w:val="cs-CZ"/>
        </w:rPr>
        <w:t>(uzavřená podle § 2055 a násl. zákona č. 89/2012 Sb., občanský zákoník)</w:t>
      </w:r>
    </w:p>
    <w:p w14:paraId="656671D2" w14:textId="77777777" w:rsidR="00353BFC" w:rsidRPr="00353BFC" w:rsidRDefault="00353BFC" w:rsidP="00353BFC">
      <w:pPr>
        <w:spacing w:after="0"/>
        <w:rPr>
          <w:rFonts w:ascii="Times New Roman" w:hAnsi="Times New Roman" w:cs="Times New Roman"/>
          <w:b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b/>
          <w:color w:val="auto"/>
          <w:sz w:val="22"/>
          <w:lang w:val="cs-CZ"/>
        </w:rPr>
        <w:t>I. Smluvní strany</w:t>
      </w:r>
    </w:p>
    <w:p w14:paraId="262967AC" w14:textId="77777777" w:rsidR="00353BFC" w:rsidRPr="00353BFC" w:rsidRDefault="00353BFC" w:rsidP="00353BFC">
      <w:pPr>
        <w:spacing w:after="0"/>
        <w:rPr>
          <w:rFonts w:ascii="Times New Roman" w:hAnsi="Times New Roman" w:cs="Times New Roman"/>
          <w:b/>
          <w:color w:val="auto"/>
          <w:sz w:val="22"/>
          <w:lang w:val="cs-CZ"/>
        </w:rPr>
      </w:pPr>
    </w:p>
    <w:p w14:paraId="1D7AF7EB" w14:textId="77777777" w:rsidR="00353BFC" w:rsidRPr="00353BFC" w:rsidRDefault="00353BFC" w:rsidP="00353BFC">
      <w:pPr>
        <w:spacing w:after="0"/>
        <w:rPr>
          <w:rFonts w:ascii="Times New Roman" w:hAnsi="Times New Roman" w:cs="Times New Roman"/>
          <w:b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b/>
          <w:color w:val="auto"/>
          <w:sz w:val="22"/>
          <w:lang w:val="cs-CZ"/>
        </w:rPr>
        <w:t>Dárce:</w:t>
      </w:r>
    </w:p>
    <w:p w14:paraId="1185C253" w14:textId="77777777" w:rsidR="00353BFC" w:rsidRPr="00353BFC" w:rsidRDefault="00353BFC" w:rsidP="00353BFC">
      <w:pPr>
        <w:spacing w:after="0"/>
        <w:ind w:firstLine="72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Jméno a příjmení / Název: ……………………………………………………………………………</w:t>
      </w:r>
    </w:p>
    <w:p w14:paraId="537C965C" w14:textId="77777777" w:rsidR="00353BFC" w:rsidRPr="00353BFC" w:rsidRDefault="00353BFC" w:rsidP="00353BFC">
      <w:pPr>
        <w:spacing w:after="0"/>
        <w:ind w:firstLine="72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Datum narození / IČO: ………………………………………………………………………………..</w:t>
      </w:r>
    </w:p>
    <w:p w14:paraId="6DA127B4" w14:textId="77777777" w:rsidR="00353BFC" w:rsidRPr="00353BFC" w:rsidRDefault="00353BFC" w:rsidP="00353BFC">
      <w:pPr>
        <w:spacing w:after="0"/>
        <w:ind w:firstLine="72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Bydliště / Sídlo: ……………………………………………………………………………………….</w:t>
      </w:r>
    </w:p>
    <w:p w14:paraId="5A7D0DE3" w14:textId="77777777" w:rsidR="00353BFC" w:rsidRPr="00353BFC" w:rsidRDefault="00353BFC" w:rsidP="00353BFC">
      <w:pPr>
        <w:spacing w:after="0"/>
        <w:ind w:firstLine="72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Zastoupený: ……………………………………………………………………………………………</w:t>
      </w:r>
    </w:p>
    <w:p w14:paraId="0A8AB414" w14:textId="77777777" w:rsidR="00353BFC" w:rsidRPr="00353BFC" w:rsidRDefault="00353BFC" w:rsidP="00353BFC">
      <w:pPr>
        <w:spacing w:after="0"/>
        <w:ind w:left="1134"/>
        <w:jc w:val="center"/>
        <w:rPr>
          <w:rFonts w:ascii="Times New Roman" w:hAnsi="Times New Roman" w:cs="Times New Roman"/>
          <w:i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i/>
          <w:color w:val="auto"/>
          <w:sz w:val="22"/>
          <w:lang w:val="cs-CZ"/>
        </w:rPr>
        <w:t>(dále jen „Dárce“)</w:t>
      </w:r>
    </w:p>
    <w:p w14:paraId="062B2B5A" w14:textId="77777777" w:rsidR="00353BFC" w:rsidRPr="00353BFC" w:rsidRDefault="00353BFC" w:rsidP="00353BFC">
      <w:pPr>
        <w:spacing w:after="0"/>
        <w:ind w:left="1134"/>
        <w:rPr>
          <w:rFonts w:ascii="Times New Roman" w:hAnsi="Times New Roman" w:cs="Times New Roman"/>
          <w:i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a</w:t>
      </w:r>
    </w:p>
    <w:p w14:paraId="412AC522" w14:textId="77777777" w:rsidR="00353BFC" w:rsidRPr="00353BFC" w:rsidRDefault="00353BFC" w:rsidP="00353BFC">
      <w:pPr>
        <w:spacing w:after="0"/>
        <w:rPr>
          <w:rFonts w:ascii="Times New Roman" w:hAnsi="Times New Roman" w:cs="Times New Roman"/>
          <w:b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b/>
          <w:color w:val="auto"/>
          <w:sz w:val="22"/>
          <w:lang w:val="cs-CZ"/>
        </w:rPr>
        <w:t>Obdarovaný:</w:t>
      </w:r>
    </w:p>
    <w:p w14:paraId="20D96DFD" w14:textId="77777777" w:rsidR="00353BFC" w:rsidRPr="00353BFC" w:rsidRDefault="00353BFC" w:rsidP="00353BFC">
      <w:pPr>
        <w:spacing w:after="0"/>
        <w:ind w:left="72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 xml:space="preserve">Sdružení rodičů </w:t>
      </w:r>
      <w:proofErr w:type="gramStart"/>
      <w:r w:rsidRPr="00353BFC">
        <w:rPr>
          <w:rFonts w:ascii="Times New Roman" w:hAnsi="Times New Roman" w:cs="Times New Roman"/>
          <w:color w:val="auto"/>
          <w:sz w:val="22"/>
          <w:lang w:val="cs-CZ"/>
        </w:rPr>
        <w:t>SGO, z. s.</w:t>
      </w:r>
      <w:proofErr w:type="gramEnd"/>
    </w:p>
    <w:p w14:paraId="505D4512" w14:textId="77777777" w:rsidR="00353BFC" w:rsidRPr="00353BFC" w:rsidRDefault="00353BFC" w:rsidP="00353BFC">
      <w:pPr>
        <w:spacing w:after="0"/>
        <w:ind w:left="72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se sídlem Jiřího z Poděbrad 936/13, 779 00 Olomouc</w:t>
      </w:r>
    </w:p>
    <w:p w14:paraId="252FAC4A" w14:textId="77777777" w:rsidR="00353BFC" w:rsidRPr="00353BFC" w:rsidRDefault="00353BFC" w:rsidP="00353BFC">
      <w:pPr>
        <w:spacing w:after="0"/>
        <w:ind w:left="72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IČO: 702 37 999</w:t>
      </w:r>
    </w:p>
    <w:p w14:paraId="30F16A2D" w14:textId="77777777" w:rsidR="00353BFC" w:rsidRPr="00353BFC" w:rsidRDefault="00353BFC" w:rsidP="00353BFC">
      <w:pPr>
        <w:spacing w:after="0"/>
        <w:ind w:left="72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zapsaný ve spolkovém rejstříku vedeném Krajským soudem v Ostravě, oddíl L, vložka 4831</w:t>
      </w:r>
    </w:p>
    <w:p w14:paraId="38830B47" w14:textId="623728BD" w:rsidR="00353BFC" w:rsidRPr="00353BFC" w:rsidRDefault="00D26E47" w:rsidP="00353BFC">
      <w:pPr>
        <w:spacing w:after="0"/>
        <w:ind w:left="720"/>
        <w:rPr>
          <w:rFonts w:ascii="Times New Roman" w:hAnsi="Times New Roman" w:cs="Times New Roman"/>
          <w:color w:val="auto"/>
          <w:sz w:val="22"/>
          <w:lang w:val="cs-CZ"/>
        </w:rPr>
      </w:pPr>
      <w:r>
        <w:rPr>
          <w:rFonts w:ascii="Times New Roman" w:hAnsi="Times New Roman" w:cs="Times New Roman"/>
          <w:color w:val="auto"/>
          <w:sz w:val="22"/>
          <w:lang w:val="cs-CZ"/>
        </w:rPr>
        <w:t xml:space="preserve">Zastoupený: Mgr. Jarmilou </w:t>
      </w:r>
      <w:proofErr w:type="spellStart"/>
      <w:r>
        <w:rPr>
          <w:rFonts w:ascii="Times New Roman" w:hAnsi="Times New Roman" w:cs="Times New Roman"/>
          <w:color w:val="auto"/>
          <w:sz w:val="22"/>
          <w:lang w:val="cs-CZ"/>
        </w:rPr>
        <w:t>Weinlichovou</w:t>
      </w:r>
      <w:proofErr w:type="spellEnd"/>
    </w:p>
    <w:p w14:paraId="16546ED9" w14:textId="77777777" w:rsidR="00353BFC" w:rsidRPr="00353BFC" w:rsidRDefault="00353BFC" w:rsidP="00353BFC">
      <w:pPr>
        <w:spacing w:after="0"/>
        <w:ind w:left="72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Bankovní spojení: č. účtu 2301671472/2010</w:t>
      </w:r>
    </w:p>
    <w:p w14:paraId="402D3C52" w14:textId="77777777" w:rsidR="00353BFC" w:rsidRPr="00353BFC" w:rsidRDefault="00353BFC" w:rsidP="00353BFC">
      <w:pPr>
        <w:spacing w:line="240" w:lineRule="auto"/>
        <w:ind w:left="1440" w:firstLine="720"/>
        <w:jc w:val="center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i/>
          <w:color w:val="auto"/>
          <w:sz w:val="22"/>
          <w:lang w:val="cs-CZ"/>
        </w:rPr>
        <w:t>(dále jen „Obdarovaný“)</w:t>
      </w:r>
    </w:p>
    <w:p w14:paraId="3809F7D9" w14:textId="77777777" w:rsidR="00353BFC" w:rsidRPr="00353BFC" w:rsidRDefault="00353BFC">
      <w:pPr>
        <w:spacing w:after="40"/>
        <w:jc w:val="center"/>
        <w:rPr>
          <w:b/>
          <w:color w:val="auto"/>
          <w:sz w:val="28"/>
          <w:lang w:val="cs-CZ"/>
        </w:rPr>
      </w:pPr>
    </w:p>
    <w:p w14:paraId="3B5C9B7C" w14:textId="77777777" w:rsidR="00391ED8" w:rsidRPr="00353BFC" w:rsidRDefault="00353BFC" w:rsidP="00353BFC">
      <w:pPr>
        <w:keepNext/>
        <w:spacing w:before="200" w:after="80" w:line="360" w:lineRule="auto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b/>
          <w:color w:val="auto"/>
          <w:sz w:val="22"/>
          <w:lang w:val="cs-CZ"/>
        </w:rPr>
        <w:t>II. Předmět smlouvy</w:t>
      </w:r>
      <w:bookmarkStart w:id="0" w:name="_GoBack"/>
      <w:bookmarkEnd w:id="0"/>
    </w:p>
    <w:p w14:paraId="55308CBB" w14:textId="77777777" w:rsidR="00353BFC" w:rsidRDefault="00353BFC" w:rsidP="00353BFC">
      <w:pPr>
        <w:pStyle w:val="Odstavecseseznamem"/>
        <w:numPr>
          <w:ilvl w:val="0"/>
          <w:numId w:val="10"/>
        </w:numPr>
        <w:spacing w:after="80" w:line="360" w:lineRule="auto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 xml:space="preserve">Dárce tímto bezplatně převádí do vlastnictví Obdarovaného finanční dar ve výši </w:t>
      </w:r>
      <w:r w:rsidRPr="00353BFC">
        <w:rPr>
          <w:rFonts w:ascii="Times New Roman" w:hAnsi="Times New Roman" w:cs="Times New Roman"/>
          <w:b/>
          <w:color w:val="auto"/>
          <w:sz w:val="22"/>
          <w:lang w:val="cs-CZ"/>
        </w:rPr>
        <w:t>……………… Kč</w:t>
      </w:r>
      <w:r w:rsidRPr="00353BFC">
        <w:rPr>
          <w:rFonts w:ascii="Times New Roman" w:hAnsi="Times New Roman" w:cs="Times New Roman"/>
          <w:color w:val="auto"/>
          <w:sz w:val="22"/>
          <w:lang w:val="cs-CZ"/>
        </w:rPr>
        <w:t xml:space="preserve"> (slovy: …………………………………</w:t>
      </w:r>
      <w:r>
        <w:rPr>
          <w:rFonts w:ascii="Times New Roman" w:hAnsi="Times New Roman" w:cs="Times New Roman"/>
          <w:color w:val="auto"/>
          <w:sz w:val="22"/>
          <w:lang w:val="cs-CZ"/>
        </w:rPr>
        <w:t>……………………………… korun českých).</w:t>
      </w:r>
    </w:p>
    <w:p w14:paraId="6AC5A502" w14:textId="678E3267" w:rsidR="00391ED8" w:rsidRPr="00353BFC" w:rsidRDefault="00353BFC" w:rsidP="00353BFC">
      <w:pPr>
        <w:pStyle w:val="Odstavecseseznamem"/>
        <w:numPr>
          <w:ilvl w:val="0"/>
          <w:numId w:val="10"/>
        </w:numPr>
        <w:spacing w:after="80" w:line="360" w:lineRule="auto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Obdarovaný tento finanční dar s díky přijímá.</w:t>
      </w:r>
    </w:p>
    <w:p w14:paraId="3B582A13" w14:textId="77777777" w:rsidR="00391ED8" w:rsidRPr="00353BFC" w:rsidRDefault="00353BFC">
      <w:pPr>
        <w:keepNext/>
        <w:spacing w:before="200" w:after="8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b/>
          <w:color w:val="auto"/>
          <w:sz w:val="22"/>
          <w:lang w:val="cs-CZ"/>
        </w:rPr>
        <w:t>III. Účel daru</w:t>
      </w:r>
    </w:p>
    <w:p w14:paraId="7ABDF800" w14:textId="77777777" w:rsidR="00353BFC" w:rsidRDefault="00353BFC" w:rsidP="00353BFC">
      <w:pPr>
        <w:pStyle w:val="Odstavecseseznamem"/>
        <w:numPr>
          <w:ilvl w:val="0"/>
          <w:numId w:val="12"/>
        </w:numPr>
        <w:spacing w:after="8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Dar je poskytován jako účelový finanční příspěvek na organizaci a zajištění spol</w:t>
      </w:r>
      <w:r>
        <w:rPr>
          <w:rFonts w:ascii="Times New Roman" w:hAnsi="Times New Roman" w:cs="Times New Roman"/>
          <w:color w:val="auto"/>
          <w:sz w:val="22"/>
          <w:lang w:val="cs-CZ"/>
        </w:rPr>
        <w:t>ečensko-kulturní akce Ples SGO.</w:t>
      </w:r>
    </w:p>
    <w:p w14:paraId="4052E78E" w14:textId="6A1D2269" w:rsidR="00391ED8" w:rsidRPr="00353BFC" w:rsidRDefault="00353BFC" w:rsidP="00353BFC">
      <w:pPr>
        <w:pStyle w:val="Odstavecseseznamem"/>
        <w:numPr>
          <w:ilvl w:val="0"/>
          <w:numId w:val="12"/>
        </w:numPr>
        <w:spacing w:after="8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Obdarovaný se zavazuje použít dar výhradně k tomuto účelu v souladu se svými stanovami.</w:t>
      </w:r>
    </w:p>
    <w:p w14:paraId="478A0575" w14:textId="77777777" w:rsidR="00391ED8" w:rsidRPr="00353BFC" w:rsidRDefault="00353BFC">
      <w:pPr>
        <w:keepNext/>
        <w:spacing w:before="200" w:after="8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b/>
          <w:color w:val="auto"/>
          <w:sz w:val="22"/>
          <w:lang w:val="cs-CZ"/>
        </w:rPr>
        <w:t>IV. Způsob předání daru</w:t>
      </w:r>
    </w:p>
    <w:p w14:paraId="0307C056" w14:textId="77777777" w:rsidR="00353BFC" w:rsidRDefault="00353BFC" w:rsidP="00353BFC">
      <w:pPr>
        <w:spacing w:after="80"/>
        <w:ind w:firstLine="72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Finanční dar bude poukázán bezhotovostním převodem na účet Obdarovaného uvedený v záhlaví této smlouvy</w:t>
      </w:r>
    </w:p>
    <w:p w14:paraId="15002F4D" w14:textId="64E01162" w:rsidR="00391ED8" w:rsidRPr="00353BFC" w:rsidRDefault="00353BFC" w:rsidP="00353BFC">
      <w:pPr>
        <w:spacing w:after="80"/>
        <w:ind w:firstLine="72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 xml:space="preserve"> do ……… dnů od podpisu této smlouvy (případně: byl předán v hotovosti při podpisu této smlouvy).</w:t>
      </w:r>
    </w:p>
    <w:p w14:paraId="43234FA0" w14:textId="77777777" w:rsidR="00391ED8" w:rsidRPr="00353BFC" w:rsidRDefault="00353BFC">
      <w:pPr>
        <w:keepNext/>
        <w:spacing w:before="200" w:after="8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b/>
          <w:color w:val="auto"/>
          <w:sz w:val="22"/>
          <w:lang w:val="cs-CZ"/>
        </w:rPr>
        <w:t>V. Závěrečná ustanovení</w:t>
      </w:r>
    </w:p>
    <w:p w14:paraId="7A40E70B" w14:textId="77777777" w:rsidR="00353BFC" w:rsidRPr="00353BFC" w:rsidRDefault="00353BFC" w:rsidP="00353BFC">
      <w:pPr>
        <w:pStyle w:val="Odstavecseseznamem"/>
        <w:numPr>
          <w:ilvl w:val="0"/>
          <w:numId w:val="13"/>
        </w:numPr>
        <w:spacing w:after="160"/>
        <w:rPr>
          <w:color w:val="auto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Tato smlouva nabývá platnosti a účinnosti dnem jejího podp</w:t>
      </w:r>
      <w:r>
        <w:rPr>
          <w:rFonts w:ascii="Times New Roman" w:hAnsi="Times New Roman" w:cs="Times New Roman"/>
          <w:color w:val="auto"/>
          <w:sz w:val="22"/>
          <w:lang w:val="cs-CZ"/>
        </w:rPr>
        <w:t>isu oběma smluvními stranami.</w:t>
      </w:r>
    </w:p>
    <w:p w14:paraId="312E43C1" w14:textId="77777777" w:rsidR="00353BFC" w:rsidRPr="00353BFC" w:rsidRDefault="00353BFC" w:rsidP="00353BFC">
      <w:pPr>
        <w:pStyle w:val="Odstavecseseznamem"/>
        <w:numPr>
          <w:ilvl w:val="0"/>
          <w:numId w:val="13"/>
        </w:numPr>
        <w:spacing w:after="160"/>
        <w:rPr>
          <w:color w:val="auto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 xml:space="preserve"> Smlouva je vyhotovena ve dvou rovnocenných stejnopisech, z nichž po jednom obdrží každá ze smlu</w:t>
      </w:r>
      <w:r>
        <w:rPr>
          <w:rFonts w:ascii="Times New Roman" w:hAnsi="Times New Roman" w:cs="Times New Roman"/>
          <w:color w:val="auto"/>
          <w:sz w:val="22"/>
          <w:lang w:val="cs-CZ"/>
        </w:rPr>
        <w:t>vních stran.</w:t>
      </w:r>
    </w:p>
    <w:p w14:paraId="3CB27EDF" w14:textId="10979927" w:rsidR="00391ED8" w:rsidRPr="00353BFC" w:rsidRDefault="00B83078" w:rsidP="00353BFC">
      <w:pPr>
        <w:pStyle w:val="Odstavecseseznamem"/>
        <w:numPr>
          <w:ilvl w:val="0"/>
          <w:numId w:val="13"/>
        </w:numPr>
        <w:spacing w:after="160"/>
        <w:rPr>
          <w:color w:val="auto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Smluvní strany prohlašují, že si tuto smlouvu před podpisem přečetly, že byla uzavřena po vzájemném ujednání podle jejich pravé a svobodné vůle, a na důkaz toho připojují své podpisy.</w:t>
      </w:r>
    </w:p>
    <w:p w14:paraId="22DB31E1" w14:textId="77777777" w:rsidR="00353BFC" w:rsidRPr="00353BFC" w:rsidRDefault="00353BFC" w:rsidP="00353BFC">
      <w:pPr>
        <w:pStyle w:val="Odstavecseseznamem"/>
        <w:spacing w:after="160"/>
        <w:rPr>
          <w:color w:val="auto"/>
          <w:lang w:val="cs-CZ"/>
        </w:rPr>
      </w:pPr>
    </w:p>
    <w:p w14:paraId="783BCEF3" w14:textId="77777777" w:rsidR="00353BFC" w:rsidRPr="006D416A" w:rsidRDefault="00353BFC" w:rsidP="00353BFC">
      <w:pPr>
        <w:pStyle w:val="Odstavecseseznamem"/>
        <w:spacing w:line="240" w:lineRule="auto"/>
        <w:rPr>
          <w:rFonts w:ascii="Times New Roman" w:hAnsi="Times New Roman" w:cs="Times New Roman"/>
          <w:color w:val="auto"/>
          <w:sz w:val="22"/>
          <w:lang w:val="cs-CZ"/>
        </w:rPr>
      </w:pPr>
    </w:p>
    <w:p w14:paraId="297F3ED6" w14:textId="77777777" w:rsidR="00353BFC" w:rsidRPr="006D416A" w:rsidRDefault="00353BFC" w:rsidP="00353BFC">
      <w:pPr>
        <w:pStyle w:val="Odstavecseseznamem"/>
        <w:spacing w:line="240" w:lineRule="auto"/>
        <w:ind w:firstLine="720"/>
        <w:rPr>
          <w:rFonts w:ascii="Times New Roman" w:hAnsi="Times New Roman" w:cs="Times New Roman"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color w:val="auto"/>
          <w:sz w:val="22"/>
          <w:lang w:val="cs-CZ"/>
        </w:rPr>
        <w:t>V Olomouci dne: ………….</w:t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  <w:t>V Olomouci dne: ………….</w:t>
      </w:r>
    </w:p>
    <w:p w14:paraId="119A51AA" w14:textId="77777777" w:rsidR="00353BFC" w:rsidRPr="006D416A" w:rsidRDefault="00353BFC" w:rsidP="00353BFC">
      <w:pPr>
        <w:pStyle w:val="Odstavecseseznamem"/>
        <w:spacing w:line="240" w:lineRule="auto"/>
        <w:rPr>
          <w:rFonts w:ascii="Times New Roman" w:hAnsi="Times New Roman" w:cs="Times New Roman"/>
          <w:color w:val="auto"/>
          <w:sz w:val="22"/>
          <w:lang w:val="cs-CZ"/>
        </w:rPr>
      </w:pPr>
    </w:p>
    <w:p w14:paraId="683BA9E4" w14:textId="77777777" w:rsidR="00353BFC" w:rsidRPr="006D416A" w:rsidRDefault="00353BFC" w:rsidP="00353BFC">
      <w:pPr>
        <w:pStyle w:val="Odstavecseseznamem"/>
        <w:spacing w:line="240" w:lineRule="auto"/>
        <w:rPr>
          <w:rFonts w:ascii="Times New Roman" w:hAnsi="Times New Roman" w:cs="Times New Roman"/>
          <w:color w:val="auto"/>
          <w:sz w:val="22"/>
          <w:lang w:val="cs-CZ"/>
        </w:rPr>
      </w:pPr>
    </w:p>
    <w:p w14:paraId="53F18670" w14:textId="77777777" w:rsidR="00353BFC" w:rsidRPr="006D416A" w:rsidRDefault="00353BFC" w:rsidP="00353BFC">
      <w:pPr>
        <w:pStyle w:val="Odstavecseseznamem"/>
        <w:spacing w:line="240" w:lineRule="auto"/>
        <w:ind w:firstLine="720"/>
        <w:rPr>
          <w:rFonts w:ascii="Times New Roman" w:hAnsi="Times New Roman" w:cs="Times New Roman"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color w:val="auto"/>
          <w:sz w:val="22"/>
          <w:lang w:val="cs-CZ"/>
        </w:rPr>
        <w:t>……………………………..</w:t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  <w:t>……………………………..</w:t>
      </w:r>
    </w:p>
    <w:p w14:paraId="38E70380" w14:textId="4E154DDE" w:rsidR="00E43782" w:rsidRPr="002F1D26" w:rsidRDefault="00353BFC" w:rsidP="00353BFC">
      <w:pPr>
        <w:pStyle w:val="Odstavecseseznamem"/>
        <w:spacing w:line="240" w:lineRule="auto"/>
        <w:ind w:left="1440" w:firstLine="720"/>
        <w:rPr>
          <w:lang w:val="pl-PL"/>
        </w:rPr>
      </w:pPr>
      <w:r w:rsidRPr="006D416A">
        <w:rPr>
          <w:rFonts w:ascii="Times New Roman" w:hAnsi="Times New Roman" w:cs="Times New Roman"/>
          <w:color w:val="auto"/>
          <w:sz w:val="22"/>
          <w:lang w:val="cs-CZ"/>
        </w:rPr>
        <w:t>Dárce</w:t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  <w:t>za Obdarovaného</w:t>
      </w:r>
    </w:p>
    <w:sectPr w:rsidR="00E43782" w:rsidRPr="002F1D26" w:rsidSect="00353BFC">
      <w:pgSz w:w="12240" w:h="15840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14C48B1"/>
    <w:multiLevelType w:val="hybridMultilevel"/>
    <w:tmpl w:val="DA0A2D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FD032D"/>
    <w:multiLevelType w:val="hybridMultilevel"/>
    <w:tmpl w:val="134A5B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853696"/>
    <w:multiLevelType w:val="hybridMultilevel"/>
    <w:tmpl w:val="C2D0282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F5207E"/>
    <w:multiLevelType w:val="hybridMultilevel"/>
    <w:tmpl w:val="541E7F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A04D9"/>
    <w:rsid w:val="0015074B"/>
    <w:rsid w:val="0029639D"/>
    <w:rsid w:val="002F1D26"/>
    <w:rsid w:val="00326F90"/>
    <w:rsid w:val="00353BFC"/>
    <w:rsid w:val="00391ED8"/>
    <w:rsid w:val="009C4F49"/>
    <w:rsid w:val="00AA1D8D"/>
    <w:rsid w:val="00B47730"/>
    <w:rsid w:val="00B83078"/>
    <w:rsid w:val="00CB0664"/>
    <w:rsid w:val="00D26E47"/>
    <w:rsid w:val="00E437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5DD164"/>
  <w14:defaultImageDpi w14:val="300"/>
  <w15:docId w15:val="{11E9A4B3-8094-4244-B96D-F6DD0D05F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693F"/>
    <w:rPr>
      <w:rFonts w:ascii="Arial" w:hAnsi="Arial"/>
      <w:color w:val="2D3748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0BC72AF-0F6B-4C3B-BBE4-3328497EC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1546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Weinlichova Jarmila</cp:lastModifiedBy>
  <cp:revision>2</cp:revision>
  <dcterms:created xsi:type="dcterms:W3CDTF">2026-09-22T05:40:00Z</dcterms:created>
  <dcterms:modified xsi:type="dcterms:W3CDTF">2026-09-22T05:40:00Z</dcterms:modified>
  <cp:category/>
</cp:coreProperties>
</file>