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0DF20" w14:textId="175FBD03" w:rsidR="003A1CAE" w:rsidRPr="006D416A" w:rsidRDefault="003A1CAE">
      <w:pPr>
        <w:spacing w:after="40"/>
        <w:jc w:val="center"/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  <w:drawing>
          <wp:anchor distT="0" distB="0" distL="114300" distR="114300" simplePos="0" relativeHeight="251657216" behindDoc="1" locked="0" layoutInCell="1" allowOverlap="1" wp14:anchorId="40A12614" wp14:editId="40A1E2C4">
            <wp:simplePos x="0" y="0"/>
            <wp:positionH relativeFrom="column">
              <wp:posOffset>6012180</wp:posOffset>
            </wp:positionH>
            <wp:positionV relativeFrom="paragraph">
              <wp:posOffset>0</wp:posOffset>
            </wp:positionV>
            <wp:extent cx="971550" cy="959844"/>
            <wp:effectExtent l="0" t="0" r="0" b="0"/>
            <wp:wrapTight wrapText="bothSides">
              <wp:wrapPolygon edited="0">
                <wp:start x="0" y="0"/>
                <wp:lineTo x="0" y="21014"/>
                <wp:lineTo x="21176" y="21014"/>
                <wp:lineTo x="2117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B9AB80" w14:textId="574891D9" w:rsidR="00EF475F" w:rsidRPr="006D416A" w:rsidRDefault="00A07636">
      <w:pPr>
        <w:spacing w:after="40"/>
        <w:jc w:val="center"/>
        <w:rPr>
          <w:rFonts w:ascii="Times New Roman" w:hAnsi="Times New Roman" w:cs="Times New Roman"/>
          <w:color w:val="auto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8"/>
          <w:lang w:val="cs-CZ"/>
        </w:rPr>
        <w:t>DAROVACÍ SMLOUVA</w:t>
      </w:r>
    </w:p>
    <w:p w14:paraId="10F55B31" w14:textId="77777777" w:rsidR="00EF475F" w:rsidRPr="006D416A" w:rsidRDefault="00A07636">
      <w:pPr>
        <w:spacing w:after="28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i/>
          <w:color w:val="auto"/>
          <w:sz w:val="22"/>
          <w:lang w:val="cs-CZ"/>
        </w:rPr>
        <w:t>(věcný dar – uzavřená podle § 2055 a násl. zákona č. 89/2012 Sb., občanský zákoník)</w:t>
      </w:r>
    </w:p>
    <w:p w14:paraId="2FB82CDC" w14:textId="6A55476C" w:rsidR="00EF475F" w:rsidRPr="006D416A" w:rsidRDefault="0010294D" w:rsidP="0010294D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I. Smluvní strany</w:t>
      </w:r>
    </w:p>
    <w:p w14:paraId="2A404F27" w14:textId="77777777" w:rsidR="002F12AB" w:rsidRPr="006D416A" w:rsidRDefault="002F12AB" w:rsidP="002F12AB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</w:p>
    <w:p w14:paraId="4CD54839" w14:textId="5B56C13E" w:rsidR="0010294D" w:rsidRPr="006D416A" w:rsidRDefault="00A07636" w:rsidP="002F12AB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Dárce:</w:t>
      </w:r>
    </w:p>
    <w:p w14:paraId="353311BB" w14:textId="3823B4A1" w:rsidR="0010294D" w:rsidRPr="006D416A" w:rsidRDefault="00A07636" w:rsidP="002F12AB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Jméno a příjmení / Název: ……………………………………………………………………………</w:t>
      </w:r>
    </w:p>
    <w:p w14:paraId="2055E2E2" w14:textId="05BEFA23" w:rsidR="0010294D" w:rsidRPr="006D416A" w:rsidRDefault="0010294D" w:rsidP="002F12AB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</w:t>
      </w:r>
      <w:r w:rsidR="00A07636" w:rsidRPr="006D416A">
        <w:rPr>
          <w:rFonts w:ascii="Times New Roman" w:hAnsi="Times New Roman" w:cs="Times New Roman"/>
          <w:color w:val="auto"/>
          <w:sz w:val="22"/>
          <w:lang w:val="cs-CZ"/>
        </w:rPr>
        <w:t>atum narození / IČO: ………………………………………………………………………………</w:t>
      </w:r>
      <w:r w:rsidR="002F12AB" w:rsidRPr="006D416A">
        <w:rPr>
          <w:rFonts w:ascii="Times New Roman" w:hAnsi="Times New Roman" w:cs="Times New Roman"/>
          <w:color w:val="auto"/>
          <w:sz w:val="22"/>
          <w:lang w:val="cs-CZ"/>
        </w:rPr>
        <w:t>..</w:t>
      </w:r>
    </w:p>
    <w:p w14:paraId="1862528D" w14:textId="0A8EB835" w:rsidR="0010294D" w:rsidRPr="006D416A" w:rsidRDefault="00A07636" w:rsidP="002F12AB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 xml:space="preserve">Bydliště / Sídlo: 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………………………………………………………………………………………</w:t>
      </w:r>
      <w:r w:rsidR="002F12AB" w:rsidRPr="006D416A">
        <w:rPr>
          <w:rFonts w:ascii="Times New Roman" w:hAnsi="Times New Roman" w:cs="Times New Roman"/>
          <w:color w:val="auto"/>
          <w:sz w:val="22"/>
          <w:lang w:val="cs-CZ"/>
        </w:rPr>
        <w:t>.</w:t>
      </w:r>
    </w:p>
    <w:p w14:paraId="109425B7" w14:textId="77777777" w:rsidR="0010294D" w:rsidRPr="006D416A" w:rsidRDefault="00A07636" w:rsidP="002F12AB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Zastoupený: ……………………………………………………………………………………………</w:t>
      </w:r>
    </w:p>
    <w:p w14:paraId="2CD11DAC" w14:textId="77777777" w:rsidR="0010294D" w:rsidRPr="006D416A" w:rsidRDefault="00A07636" w:rsidP="0010294D">
      <w:pPr>
        <w:spacing w:after="0"/>
        <w:ind w:left="1134"/>
        <w:jc w:val="center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i/>
          <w:color w:val="auto"/>
          <w:sz w:val="22"/>
          <w:lang w:val="cs-CZ"/>
        </w:rPr>
        <w:t>(dále jen „Dárce“)</w:t>
      </w:r>
    </w:p>
    <w:p w14:paraId="0FBB4E73" w14:textId="6B3D6178" w:rsidR="003A1CAE" w:rsidRPr="006D416A" w:rsidRDefault="00A07636" w:rsidP="0010294D">
      <w:pPr>
        <w:spacing w:after="0"/>
        <w:ind w:left="1134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a</w:t>
      </w:r>
    </w:p>
    <w:p w14:paraId="0D9DFA63" w14:textId="77777777" w:rsidR="0010294D" w:rsidRPr="006D416A" w:rsidRDefault="00A07636" w:rsidP="002F12AB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Obdarovaný:</w:t>
      </w:r>
    </w:p>
    <w:p w14:paraId="4F23B813" w14:textId="260810E3" w:rsidR="0010294D" w:rsidRPr="006D416A" w:rsidRDefault="00A07636" w:rsidP="002F12AB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 xml:space="preserve">Sdružení rodičů </w:t>
      </w:r>
      <w:proofErr w:type="gramStart"/>
      <w:r w:rsidRPr="006D416A">
        <w:rPr>
          <w:rFonts w:ascii="Times New Roman" w:hAnsi="Times New Roman" w:cs="Times New Roman"/>
          <w:color w:val="auto"/>
          <w:sz w:val="22"/>
          <w:lang w:val="cs-CZ"/>
        </w:rPr>
        <w:t>SGO, z. s.</w:t>
      </w:r>
      <w:proofErr w:type="gramEnd"/>
    </w:p>
    <w:p w14:paraId="5971DF29" w14:textId="77777777" w:rsidR="0010294D" w:rsidRPr="006D416A" w:rsidRDefault="00A07636" w:rsidP="002F12AB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se sídlem Jiřího z Poděbrad 936/13, 779 00 Olomouc</w:t>
      </w:r>
    </w:p>
    <w:p w14:paraId="2351F1FD" w14:textId="0ADBD4F3" w:rsidR="0010294D" w:rsidRPr="006D416A" w:rsidRDefault="00A07636" w:rsidP="002F12AB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IČO: 702 37</w:t>
      </w:r>
      <w:r w:rsidR="0010294D" w:rsidRPr="006D416A">
        <w:rPr>
          <w:rFonts w:ascii="Times New Roman" w:hAnsi="Times New Roman" w:cs="Times New Roman"/>
          <w:color w:val="auto"/>
          <w:sz w:val="22"/>
          <w:lang w:val="cs-CZ"/>
        </w:rPr>
        <w:t> 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999</w:t>
      </w:r>
    </w:p>
    <w:p w14:paraId="2B038EC0" w14:textId="434787FA" w:rsidR="00E57C46" w:rsidRPr="006D416A" w:rsidRDefault="00A07636" w:rsidP="002F12AB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zapsaný ve spolkovém rejstříku vedeném Krajsk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ým soudem v Ostravě, oddíl L, vložka 4831</w:t>
      </w:r>
    </w:p>
    <w:p w14:paraId="10A2A373" w14:textId="77559F3D" w:rsidR="0010294D" w:rsidRPr="006D416A" w:rsidRDefault="00A07636" w:rsidP="002F12AB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 xml:space="preserve">Zastoupený: </w:t>
      </w:r>
      <w:r>
        <w:rPr>
          <w:rFonts w:ascii="Times New Roman" w:hAnsi="Times New Roman" w:cs="Times New Roman"/>
          <w:color w:val="auto"/>
          <w:sz w:val="22"/>
          <w:lang w:val="cs-CZ"/>
        </w:rPr>
        <w:t xml:space="preserve">Mgr. Jarmilou </w:t>
      </w:r>
      <w:proofErr w:type="spellStart"/>
      <w:r>
        <w:rPr>
          <w:rFonts w:ascii="Times New Roman" w:hAnsi="Times New Roman" w:cs="Times New Roman"/>
          <w:color w:val="auto"/>
          <w:sz w:val="22"/>
          <w:lang w:val="cs-CZ"/>
        </w:rPr>
        <w:t>Weinlichovou</w:t>
      </w:r>
      <w:proofErr w:type="spellEnd"/>
    </w:p>
    <w:p w14:paraId="06CFD096" w14:textId="77777777" w:rsidR="0010294D" w:rsidRPr="006D416A" w:rsidRDefault="00A07636" w:rsidP="002F12AB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Bankovní spojení: č. účtu 2301671472/2010</w:t>
      </w:r>
    </w:p>
    <w:p w14:paraId="479DC764" w14:textId="2581FCE6" w:rsidR="00EF475F" w:rsidRPr="006D416A" w:rsidRDefault="00A07636" w:rsidP="0010294D">
      <w:pPr>
        <w:spacing w:line="240" w:lineRule="auto"/>
        <w:ind w:left="1440" w:firstLine="72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i/>
          <w:color w:val="auto"/>
          <w:sz w:val="22"/>
          <w:lang w:val="cs-CZ"/>
        </w:rPr>
        <w:t>(dále jen „Obdarovaný“)</w:t>
      </w:r>
    </w:p>
    <w:p w14:paraId="0AF72E82" w14:textId="77777777" w:rsidR="00EF475F" w:rsidRPr="006D416A" w:rsidRDefault="00A07636" w:rsidP="0010294D">
      <w:pPr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II. Předmět smlouvy</w:t>
      </w:r>
    </w:p>
    <w:p w14:paraId="292ED04C" w14:textId="67D59540" w:rsidR="0010294D" w:rsidRPr="006D416A" w:rsidRDefault="00A07636" w:rsidP="0010294D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Dárce tímto bezplatně převádí do vlastnictví Obdarovaného věcný dar</w:t>
      </w:r>
    </w:p>
    <w:p w14:paraId="1BF9763F" w14:textId="77777777" w:rsidR="0010294D" w:rsidRPr="006D416A" w:rsidRDefault="00A07636" w:rsidP="0010294D">
      <w:pPr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Pop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is daru: ……………………………………………………………………………………………………………</w:t>
      </w:r>
    </w:p>
    <w:p w14:paraId="456D1FC8" w14:textId="2CF97E47" w:rsidR="0010294D" w:rsidRPr="006D416A" w:rsidRDefault="0010294D" w:rsidP="002F12AB">
      <w:pPr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M</w:t>
      </w:r>
      <w:r w:rsidR="00A07636" w:rsidRPr="006D416A">
        <w:rPr>
          <w:rFonts w:ascii="Times New Roman" w:hAnsi="Times New Roman" w:cs="Times New Roman"/>
          <w:color w:val="auto"/>
          <w:sz w:val="22"/>
          <w:lang w:val="cs-CZ"/>
        </w:rPr>
        <w:t>nožství / počet kusů: ………………………</w:t>
      </w:r>
      <w:r w:rsidR="002F12AB"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="002F12AB"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="00A07636" w:rsidRPr="006D416A">
        <w:rPr>
          <w:rFonts w:ascii="Times New Roman" w:hAnsi="Times New Roman" w:cs="Times New Roman"/>
          <w:color w:val="auto"/>
          <w:sz w:val="22"/>
          <w:lang w:val="cs-CZ"/>
        </w:rPr>
        <w:t>Odhadní / účetní hodnota daru: ……………………… Kč</w:t>
      </w:r>
    </w:p>
    <w:p w14:paraId="47BFE946" w14:textId="3FEE8D40" w:rsidR="00EF475F" w:rsidRPr="006D416A" w:rsidRDefault="00A07636" w:rsidP="0010294D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Obdarovaný tento věcný dar do svého vlastnictví s díky přijímá.</w:t>
      </w:r>
      <w:bookmarkStart w:id="0" w:name="_GoBack"/>
      <w:bookmarkEnd w:id="0"/>
    </w:p>
    <w:p w14:paraId="2864F72D" w14:textId="77777777" w:rsidR="00EF475F" w:rsidRPr="006D416A" w:rsidRDefault="00A07636" w:rsidP="0010294D">
      <w:pPr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III. Účel daru</w:t>
      </w:r>
    </w:p>
    <w:p w14:paraId="5BD1FFF3" w14:textId="77777777" w:rsidR="0010294D" w:rsidRPr="006D416A" w:rsidRDefault="00A07636" w:rsidP="0010294D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Dar je poskytován jako věcná cena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/výhra do tomboly pořádané v rámci společensko-kulturní akce Ples SGO.</w:t>
      </w:r>
    </w:p>
    <w:p w14:paraId="446B3D88" w14:textId="7359EC7A" w:rsidR="00EF475F" w:rsidRPr="006D416A" w:rsidRDefault="00A07636" w:rsidP="0010294D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Výtěžek z akce slouží k naplňování účelu a cílů Obdarovaného v souladu s jeho stanovami.</w:t>
      </w:r>
    </w:p>
    <w:p w14:paraId="61246F7C" w14:textId="77777777" w:rsidR="00EF475F" w:rsidRPr="006D416A" w:rsidRDefault="00A07636" w:rsidP="0010294D">
      <w:pPr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IV. Předání a převzetí daru</w:t>
      </w:r>
    </w:p>
    <w:p w14:paraId="4DD5C329" w14:textId="77777777" w:rsidR="00EF475F" w:rsidRPr="006D416A" w:rsidRDefault="00A07636" w:rsidP="002F12AB">
      <w:pPr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Dárce předal a Obdarovaný převzal věcný dar při podpisu této smlo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uvy.</w:t>
      </w:r>
    </w:p>
    <w:p w14:paraId="1CACD0F1" w14:textId="77777777" w:rsidR="00EF475F" w:rsidRPr="006D416A" w:rsidRDefault="00A07636" w:rsidP="0010294D">
      <w:pPr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b/>
          <w:color w:val="auto"/>
          <w:sz w:val="22"/>
          <w:lang w:val="cs-CZ"/>
        </w:rPr>
        <w:t>V. Závěrečná ustanovení</w:t>
      </w:r>
    </w:p>
    <w:p w14:paraId="3501D4DD" w14:textId="77777777" w:rsidR="002F12AB" w:rsidRPr="006D416A" w:rsidRDefault="00A07636" w:rsidP="002F12A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Tato smlouva nabývá platnosti a účinnosti dnem jejího podpi</w:t>
      </w:r>
      <w:r w:rsidR="002F12AB" w:rsidRPr="006D416A">
        <w:rPr>
          <w:rFonts w:ascii="Times New Roman" w:hAnsi="Times New Roman" w:cs="Times New Roman"/>
          <w:color w:val="auto"/>
          <w:sz w:val="22"/>
          <w:lang w:val="cs-CZ"/>
        </w:rPr>
        <w:t>su oběma smluvními stranami.</w:t>
      </w:r>
    </w:p>
    <w:p w14:paraId="76A0FC44" w14:textId="77777777" w:rsidR="002F12AB" w:rsidRPr="006D416A" w:rsidRDefault="00A07636" w:rsidP="002F12A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Smlouva je vyhotovena ve dvou rovnocenných stejnopisech, z nichž po jednom o</w:t>
      </w:r>
      <w:r w:rsidR="002F12AB" w:rsidRPr="006D416A">
        <w:rPr>
          <w:rFonts w:ascii="Times New Roman" w:hAnsi="Times New Roman" w:cs="Times New Roman"/>
          <w:color w:val="auto"/>
          <w:sz w:val="22"/>
          <w:lang w:val="cs-CZ"/>
        </w:rPr>
        <w:t>bdrží každá ze smluvních stran.</w:t>
      </w:r>
    </w:p>
    <w:p w14:paraId="2CD8673F" w14:textId="195A73F8" w:rsidR="00EF475F" w:rsidRPr="006D416A" w:rsidRDefault="009C3540" w:rsidP="002F12A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Smluvní strany prohlašují, že si tuto smlouvu před podpisem přečetly, že byla uzavřena po vzájemném ujednání podle jejich pravé a svobodné vůle, a na důkaz toho připojují své podpisy.</w:t>
      </w:r>
    </w:p>
    <w:p w14:paraId="3E1FBAAC" w14:textId="5BA0E6FA" w:rsidR="002F12AB" w:rsidRPr="006D416A" w:rsidRDefault="002F12AB" w:rsidP="002F12AB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46C9DF1C" w14:textId="77777777" w:rsidR="002F12AB" w:rsidRPr="006D416A" w:rsidRDefault="002F12AB" w:rsidP="002F12AB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0D5119C2" w14:textId="77777777" w:rsidR="002F12AB" w:rsidRPr="006D416A" w:rsidRDefault="002F12AB" w:rsidP="002F12AB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V Olomouci dne: ………….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V Olomouci dne: ………….</w:t>
      </w:r>
    </w:p>
    <w:p w14:paraId="41F895BF" w14:textId="49810A4A" w:rsidR="002F12AB" w:rsidRPr="006D416A" w:rsidRDefault="002F12AB" w:rsidP="002F12AB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76749FE8" w14:textId="77777777" w:rsidR="002F12AB" w:rsidRPr="006D416A" w:rsidRDefault="002F12AB" w:rsidP="002F12AB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25988D04" w14:textId="0DCDC89E" w:rsidR="002F12AB" w:rsidRPr="006D416A" w:rsidRDefault="002F12AB" w:rsidP="002F12AB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……………………………..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>……………………………..</w:t>
      </w:r>
    </w:p>
    <w:p w14:paraId="44BA606F" w14:textId="73277E1D" w:rsidR="009C3540" w:rsidRPr="006D416A" w:rsidRDefault="002F12AB" w:rsidP="002F12AB">
      <w:pPr>
        <w:pStyle w:val="Odstavecseseznamem"/>
        <w:spacing w:line="240" w:lineRule="auto"/>
        <w:ind w:left="1440" w:firstLine="720"/>
        <w:rPr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Dárce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za Obdarovaného</w:t>
      </w:r>
    </w:p>
    <w:sectPr w:rsidR="009C3540" w:rsidRPr="006D416A" w:rsidSect="003A1CAE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250BF"/>
    <w:multiLevelType w:val="hybridMultilevel"/>
    <w:tmpl w:val="700CE5C2"/>
    <w:lvl w:ilvl="0" w:tplc="0A9203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332A1"/>
    <w:multiLevelType w:val="hybridMultilevel"/>
    <w:tmpl w:val="B082ED14"/>
    <w:lvl w:ilvl="0" w:tplc="AD6459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81554"/>
    <w:multiLevelType w:val="hybridMultilevel"/>
    <w:tmpl w:val="11149A58"/>
    <w:lvl w:ilvl="0" w:tplc="8CBA4B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294D"/>
    <w:rsid w:val="0015074B"/>
    <w:rsid w:val="0029639D"/>
    <w:rsid w:val="002F12AB"/>
    <w:rsid w:val="00326F90"/>
    <w:rsid w:val="003A1CAE"/>
    <w:rsid w:val="00433487"/>
    <w:rsid w:val="004B10F2"/>
    <w:rsid w:val="006D416A"/>
    <w:rsid w:val="009C3540"/>
    <w:rsid w:val="00A07636"/>
    <w:rsid w:val="00AA1D8D"/>
    <w:rsid w:val="00B47730"/>
    <w:rsid w:val="00CB0664"/>
    <w:rsid w:val="00E57C46"/>
    <w:rsid w:val="00EF47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A9737"/>
  <w14:defaultImageDpi w14:val="300"/>
  <w15:docId w15:val="{6950715B-CF6D-4D09-8222-4BA47983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hAnsi="Arial"/>
      <w:color w:val="2D3748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A0D986-6625-47E6-B54D-3B12AC95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Weinlichova Jarmila</cp:lastModifiedBy>
  <cp:revision>2</cp:revision>
  <dcterms:created xsi:type="dcterms:W3CDTF">2026-09-22T05:41:00Z</dcterms:created>
  <dcterms:modified xsi:type="dcterms:W3CDTF">2026-09-22T05:41:00Z</dcterms:modified>
  <cp:category/>
</cp:coreProperties>
</file>