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7615EC" w14:textId="77777777" w:rsidR="00353BFC" w:rsidRPr="00353BFC" w:rsidRDefault="00353BFC" w:rsidP="00353BFC">
      <w:pPr>
        <w:spacing w:after="40"/>
        <w:jc w:val="center"/>
        <w:rPr>
          <w:rFonts w:ascii="Times New Roman" w:hAnsi="Times New Roman" w:cs="Times New Roman"/>
          <w:b/>
          <w:color w:val="auto"/>
          <w:sz w:val="16"/>
          <w:szCs w:val="16"/>
          <w:lang w:val="cs-CZ"/>
        </w:rPr>
      </w:pPr>
      <w:r w:rsidRPr="00353BFC">
        <w:rPr>
          <w:rFonts w:ascii="Times New Roman" w:hAnsi="Times New Roman" w:cs="Times New Roman"/>
          <w:b/>
          <w:color w:val="auto"/>
          <w:sz w:val="16"/>
          <w:szCs w:val="16"/>
          <w:lang w:val="cs-CZ"/>
        </w:rPr>
        <w:drawing>
          <wp:anchor distT="0" distB="0" distL="114300" distR="114300" simplePos="0" relativeHeight="251658240" behindDoc="1" locked="0" layoutInCell="1" allowOverlap="1" wp14:anchorId="226FE630" wp14:editId="39DE9575">
            <wp:simplePos x="0" y="0"/>
            <wp:positionH relativeFrom="column">
              <wp:posOffset>6012180</wp:posOffset>
            </wp:positionH>
            <wp:positionV relativeFrom="paragraph">
              <wp:posOffset>0</wp:posOffset>
            </wp:positionV>
            <wp:extent cx="971550" cy="959844"/>
            <wp:effectExtent l="0" t="0" r="0" b="0"/>
            <wp:wrapTight wrapText="bothSides">
              <wp:wrapPolygon edited="0">
                <wp:start x="0" y="0"/>
                <wp:lineTo x="0" y="21014"/>
                <wp:lineTo x="21176" y="21014"/>
                <wp:lineTo x="21176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598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33F39F" w14:textId="77777777" w:rsidR="00353BFC" w:rsidRPr="00353BFC" w:rsidRDefault="00353BFC" w:rsidP="00353BFC">
      <w:pPr>
        <w:spacing w:after="40"/>
        <w:jc w:val="center"/>
        <w:rPr>
          <w:rFonts w:ascii="Times New Roman" w:hAnsi="Times New Roman" w:cs="Times New Roman"/>
          <w:color w:val="auto"/>
          <w:lang w:val="cs-CZ"/>
        </w:rPr>
      </w:pPr>
      <w:r w:rsidRPr="00353BFC">
        <w:rPr>
          <w:rFonts w:ascii="Times New Roman" w:hAnsi="Times New Roman" w:cs="Times New Roman"/>
          <w:b/>
          <w:color w:val="auto"/>
          <w:sz w:val="28"/>
          <w:lang w:val="cs-CZ"/>
        </w:rPr>
        <w:t>DAROVACÍ SMLOUVA</w:t>
      </w:r>
    </w:p>
    <w:p w14:paraId="16160264" w14:textId="0C05180F" w:rsidR="00353BFC" w:rsidRPr="00353BFC" w:rsidRDefault="00353BFC" w:rsidP="00353BFC">
      <w:pPr>
        <w:spacing w:after="280"/>
        <w:jc w:val="center"/>
        <w:rPr>
          <w:rFonts w:ascii="Times New Roman" w:hAnsi="Times New Roman" w:cs="Times New Roman"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i/>
          <w:color w:val="auto"/>
          <w:sz w:val="22"/>
          <w:lang w:val="cs-CZ"/>
        </w:rPr>
        <w:t>(</w:t>
      </w:r>
      <w:r w:rsidRPr="00353BFC">
        <w:rPr>
          <w:rFonts w:ascii="Times New Roman" w:hAnsi="Times New Roman" w:cs="Times New Roman"/>
          <w:i/>
          <w:color w:val="auto"/>
          <w:sz w:val="22"/>
          <w:lang w:val="cs-CZ"/>
        </w:rPr>
        <w:t>uzavřená podle § 2055 a násl. zákona č. 89/2012 Sb., občanský zákoník)</w:t>
      </w:r>
    </w:p>
    <w:p w14:paraId="656671D2" w14:textId="77777777" w:rsidR="00353BFC" w:rsidRPr="00353BFC" w:rsidRDefault="00353BFC" w:rsidP="00353BFC">
      <w:pPr>
        <w:spacing w:after="0"/>
        <w:rPr>
          <w:rFonts w:ascii="Times New Roman" w:hAnsi="Times New Roman" w:cs="Times New Roman"/>
          <w:b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b/>
          <w:color w:val="auto"/>
          <w:sz w:val="22"/>
          <w:lang w:val="cs-CZ"/>
        </w:rPr>
        <w:t>I. Smluvní strany</w:t>
      </w:r>
    </w:p>
    <w:p w14:paraId="262967AC" w14:textId="77777777" w:rsidR="00353BFC" w:rsidRPr="00353BFC" w:rsidRDefault="00353BFC" w:rsidP="00353BFC">
      <w:pPr>
        <w:spacing w:after="0"/>
        <w:rPr>
          <w:rFonts w:ascii="Times New Roman" w:hAnsi="Times New Roman" w:cs="Times New Roman"/>
          <w:b/>
          <w:color w:val="auto"/>
          <w:sz w:val="22"/>
          <w:lang w:val="cs-CZ"/>
        </w:rPr>
      </w:pPr>
    </w:p>
    <w:p w14:paraId="1D7AF7EB" w14:textId="77777777" w:rsidR="00353BFC" w:rsidRPr="00353BFC" w:rsidRDefault="00353BFC" w:rsidP="00353BFC">
      <w:pPr>
        <w:spacing w:after="0"/>
        <w:rPr>
          <w:rFonts w:ascii="Times New Roman" w:hAnsi="Times New Roman" w:cs="Times New Roman"/>
          <w:b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b/>
          <w:color w:val="auto"/>
          <w:sz w:val="22"/>
          <w:lang w:val="cs-CZ"/>
        </w:rPr>
        <w:t>Dárce:</w:t>
      </w:r>
    </w:p>
    <w:p w14:paraId="1185C253" w14:textId="77777777" w:rsidR="00353BFC" w:rsidRPr="00353BFC" w:rsidRDefault="00353BFC" w:rsidP="00353BFC">
      <w:pPr>
        <w:spacing w:after="0"/>
        <w:ind w:firstLine="720"/>
        <w:rPr>
          <w:rFonts w:ascii="Times New Roman" w:hAnsi="Times New Roman" w:cs="Times New Roman"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color w:val="auto"/>
          <w:sz w:val="22"/>
          <w:lang w:val="cs-CZ"/>
        </w:rPr>
        <w:t>Jméno a příjmení / Název: ……………………………………………………………………………</w:t>
      </w:r>
    </w:p>
    <w:p w14:paraId="537C965C" w14:textId="77777777" w:rsidR="00353BFC" w:rsidRPr="00353BFC" w:rsidRDefault="00353BFC" w:rsidP="00353BFC">
      <w:pPr>
        <w:spacing w:after="0"/>
        <w:ind w:firstLine="720"/>
        <w:rPr>
          <w:rFonts w:ascii="Times New Roman" w:hAnsi="Times New Roman" w:cs="Times New Roman"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color w:val="auto"/>
          <w:sz w:val="22"/>
          <w:lang w:val="cs-CZ"/>
        </w:rPr>
        <w:t>Datum narození / IČO: ………………………………………………………………………………..</w:t>
      </w:r>
    </w:p>
    <w:p w14:paraId="6DA127B4" w14:textId="77777777" w:rsidR="00353BFC" w:rsidRPr="00353BFC" w:rsidRDefault="00353BFC" w:rsidP="00353BFC">
      <w:pPr>
        <w:spacing w:after="0"/>
        <w:ind w:firstLine="720"/>
        <w:rPr>
          <w:rFonts w:ascii="Times New Roman" w:hAnsi="Times New Roman" w:cs="Times New Roman"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color w:val="auto"/>
          <w:sz w:val="22"/>
          <w:lang w:val="cs-CZ"/>
        </w:rPr>
        <w:t>Bydliště / Sídlo: ……………………………………………………………………………………….</w:t>
      </w:r>
    </w:p>
    <w:p w14:paraId="5A7D0DE3" w14:textId="77777777" w:rsidR="00353BFC" w:rsidRPr="00353BFC" w:rsidRDefault="00353BFC" w:rsidP="00353BFC">
      <w:pPr>
        <w:spacing w:after="0"/>
        <w:ind w:firstLine="720"/>
        <w:rPr>
          <w:rFonts w:ascii="Times New Roman" w:hAnsi="Times New Roman" w:cs="Times New Roman"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color w:val="auto"/>
          <w:sz w:val="22"/>
          <w:lang w:val="cs-CZ"/>
        </w:rPr>
        <w:t>Zastoupený: ……………………………………………………………………………………………</w:t>
      </w:r>
    </w:p>
    <w:p w14:paraId="0A8AB414" w14:textId="77777777" w:rsidR="00353BFC" w:rsidRPr="00353BFC" w:rsidRDefault="00353BFC" w:rsidP="00353BFC">
      <w:pPr>
        <w:spacing w:after="0"/>
        <w:ind w:left="1134"/>
        <w:jc w:val="center"/>
        <w:rPr>
          <w:rFonts w:ascii="Times New Roman" w:hAnsi="Times New Roman" w:cs="Times New Roman"/>
          <w:i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i/>
          <w:color w:val="auto"/>
          <w:sz w:val="22"/>
          <w:lang w:val="cs-CZ"/>
        </w:rPr>
        <w:t>(dále jen „Dárce“)</w:t>
      </w:r>
    </w:p>
    <w:p w14:paraId="062B2B5A" w14:textId="77777777" w:rsidR="00353BFC" w:rsidRPr="00353BFC" w:rsidRDefault="00353BFC" w:rsidP="00353BFC">
      <w:pPr>
        <w:spacing w:after="0"/>
        <w:ind w:left="1134"/>
        <w:rPr>
          <w:rFonts w:ascii="Times New Roman" w:hAnsi="Times New Roman" w:cs="Times New Roman"/>
          <w:i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color w:val="auto"/>
          <w:sz w:val="22"/>
          <w:lang w:val="cs-CZ"/>
        </w:rPr>
        <w:t>a</w:t>
      </w:r>
    </w:p>
    <w:p w14:paraId="412AC522" w14:textId="77777777" w:rsidR="00353BFC" w:rsidRPr="00353BFC" w:rsidRDefault="00353BFC" w:rsidP="00353BFC">
      <w:pPr>
        <w:spacing w:after="0"/>
        <w:rPr>
          <w:rFonts w:ascii="Times New Roman" w:hAnsi="Times New Roman" w:cs="Times New Roman"/>
          <w:b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b/>
          <w:color w:val="auto"/>
          <w:sz w:val="22"/>
          <w:lang w:val="cs-CZ"/>
        </w:rPr>
        <w:t>Obdarovaný:</w:t>
      </w:r>
    </w:p>
    <w:p w14:paraId="20D96DFD" w14:textId="77777777" w:rsidR="00353BFC" w:rsidRPr="00353BFC" w:rsidRDefault="00353BFC" w:rsidP="00353BFC">
      <w:pPr>
        <w:spacing w:after="0"/>
        <w:ind w:left="720"/>
        <w:rPr>
          <w:rFonts w:ascii="Times New Roman" w:hAnsi="Times New Roman" w:cs="Times New Roman"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color w:val="auto"/>
          <w:sz w:val="22"/>
          <w:lang w:val="cs-CZ"/>
        </w:rPr>
        <w:t xml:space="preserve">Sdružení rodičů </w:t>
      </w:r>
      <w:proofErr w:type="gramStart"/>
      <w:r w:rsidRPr="00353BFC">
        <w:rPr>
          <w:rFonts w:ascii="Times New Roman" w:hAnsi="Times New Roman" w:cs="Times New Roman"/>
          <w:color w:val="auto"/>
          <w:sz w:val="22"/>
          <w:lang w:val="cs-CZ"/>
        </w:rPr>
        <w:t>SGO, z. s.</w:t>
      </w:r>
      <w:proofErr w:type="gramEnd"/>
    </w:p>
    <w:p w14:paraId="505D4512" w14:textId="77777777" w:rsidR="00353BFC" w:rsidRPr="00353BFC" w:rsidRDefault="00353BFC" w:rsidP="00353BFC">
      <w:pPr>
        <w:spacing w:after="0"/>
        <w:ind w:left="720"/>
        <w:rPr>
          <w:rFonts w:ascii="Times New Roman" w:hAnsi="Times New Roman" w:cs="Times New Roman"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color w:val="auto"/>
          <w:sz w:val="22"/>
          <w:lang w:val="cs-CZ"/>
        </w:rPr>
        <w:t>se sídlem Jiřího z Poděbrad 936/13, 779 00 Olomouc</w:t>
      </w:r>
    </w:p>
    <w:p w14:paraId="252FAC4A" w14:textId="77777777" w:rsidR="00353BFC" w:rsidRPr="00353BFC" w:rsidRDefault="00353BFC" w:rsidP="00353BFC">
      <w:pPr>
        <w:spacing w:after="0"/>
        <w:ind w:left="720"/>
        <w:rPr>
          <w:rFonts w:ascii="Times New Roman" w:hAnsi="Times New Roman" w:cs="Times New Roman"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color w:val="auto"/>
          <w:sz w:val="22"/>
          <w:lang w:val="cs-CZ"/>
        </w:rPr>
        <w:t>IČO: 702 37 999</w:t>
      </w:r>
    </w:p>
    <w:p w14:paraId="30F16A2D" w14:textId="77777777" w:rsidR="00353BFC" w:rsidRPr="00353BFC" w:rsidRDefault="00353BFC" w:rsidP="00353BFC">
      <w:pPr>
        <w:spacing w:after="0"/>
        <w:ind w:left="720"/>
        <w:rPr>
          <w:rFonts w:ascii="Times New Roman" w:hAnsi="Times New Roman" w:cs="Times New Roman"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color w:val="auto"/>
          <w:sz w:val="22"/>
          <w:lang w:val="cs-CZ"/>
        </w:rPr>
        <w:t>zapsaný ve spolkovém rejstříku vedeném Krajským soudem v Ostravě, oddíl L, vložka 4831</w:t>
      </w:r>
    </w:p>
    <w:p w14:paraId="38830B47" w14:textId="77777777" w:rsidR="00353BFC" w:rsidRPr="00353BFC" w:rsidRDefault="00353BFC" w:rsidP="00353BFC">
      <w:pPr>
        <w:spacing w:after="0"/>
        <w:ind w:left="720"/>
        <w:rPr>
          <w:rFonts w:ascii="Times New Roman" w:hAnsi="Times New Roman" w:cs="Times New Roman"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color w:val="auto"/>
          <w:sz w:val="22"/>
          <w:lang w:val="cs-CZ"/>
        </w:rPr>
        <w:t>Zastoupený: ……………………………………………………………………………………………</w:t>
      </w:r>
    </w:p>
    <w:p w14:paraId="16546ED9" w14:textId="77777777" w:rsidR="00353BFC" w:rsidRPr="00353BFC" w:rsidRDefault="00353BFC" w:rsidP="00353BFC">
      <w:pPr>
        <w:spacing w:after="0"/>
        <w:ind w:left="720"/>
        <w:rPr>
          <w:rFonts w:ascii="Times New Roman" w:hAnsi="Times New Roman" w:cs="Times New Roman"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color w:val="auto"/>
          <w:sz w:val="22"/>
          <w:lang w:val="cs-CZ"/>
        </w:rPr>
        <w:t>Bankovní spojení: č. účtu 2301671472/2010</w:t>
      </w:r>
    </w:p>
    <w:p w14:paraId="402D3C52" w14:textId="77777777" w:rsidR="00353BFC" w:rsidRPr="00353BFC" w:rsidRDefault="00353BFC" w:rsidP="00353BFC">
      <w:pPr>
        <w:spacing w:line="240" w:lineRule="auto"/>
        <w:ind w:left="1440" w:firstLine="720"/>
        <w:jc w:val="center"/>
        <w:rPr>
          <w:rFonts w:ascii="Times New Roman" w:hAnsi="Times New Roman" w:cs="Times New Roman"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i/>
          <w:color w:val="auto"/>
          <w:sz w:val="22"/>
          <w:lang w:val="cs-CZ"/>
        </w:rPr>
        <w:t>(dále jen „Obdarovaný“)</w:t>
      </w:r>
    </w:p>
    <w:p w14:paraId="3809F7D9" w14:textId="77777777" w:rsidR="00353BFC" w:rsidRPr="00353BFC" w:rsidRDefault="00353BFC">
      <w:pPr>
        <w:spacing w:after="40"/>
        <w:jc w:val="center"/>
        <w:rPr>
          <w:b/>
          <w:color w:val="auto"/>
          <w:sz w:val="28"/>
          <w:lang w:val="cs-CZ"/>
        </w:rPr>
      </w:pPr>
    </w:p>
    <w:p w14:paraId="3B5C9B7C" w14:textId="77777777" w:rsidR="00391ED8" w:rsidRPr="00353BFC" w:rsidRDefault="00353BFC" w:rsidP="00353BFC">
      <w:pPr>
        <w:keepNext/>
        <w:spacing w:before="200" w:after="80" w:line="360" w:lineRule="auto"/>
        <w:rPr>
          <w:rFonts w:ascii="Times New Roman" w:hAnsi="Times New Roman" w:cs="Times New Roman"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b/>
          <w:color w:val="auto"/>
          <w:sz w:val="22"/>
          <w:lang w:val="cs-CZ"/>
        </w:rPr>
        <w:t>II. Předmět smlouvy</w:t>
      </w:r>
    </w:p>
    <w:p w14:paraId="55308CBB" w14:textId="77777777" w:rsidR="00353BFC" w:rsidRDefault="00353BFC" w:rsidP="00353BFC">
      <w:pPr>
        <w:pStyle w:val="Odstavecseseznamem"/>
        <w:numPr>
          <w:ilvl w:val="0"/>
          <w:numId w:val="10"/>
        </w:numPr>
        <w:spacing w:after="80" w:line="360" w:lineRule="auto"/>
        <w:rPr>
          <w:rFonts w:ascii="Times New Roman" w:hAnsi="Times New Roman" w:cs="Times New Roman"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color w:val="auto"/>
          <w:sz w:val="22"/>
          <w:lang w:val="cs-CZ"/>
        </w:rPr>
        <w:t>Dárce tímto bezplatně převádí do vlastnictví Obdarovaného finanční dar ve výš</w:t>
      </w:r>
      <w:r w:rsidRPr="00353BFC">
        <w:rPr>
          <w:rFonts w:ascii="Times New Roman" w:hAnsi="Times New Roman" w:cs="Times New Roman"/>
          <w:color w:val="auto"/>
          <w:sz w:val="22"/>
          <w:lang w:val="cs-CZ"/>
        </w:rPr>
        <w:t xml:space="preserve">i </w:t>
      </w:r>
      <w:r w:rsidRPr="00353BFC">
        <w:rPr>
          <w:rFonts w:ascii="Times New Roman" w:hAnsi="Times New Roman" w:cs="Times New Roman"/>
          <w:b/>
          <w:color w:val="auto"/>
          <w:sz w:val="22"/>
          <w:lang w:val="cs-CZ"/>
        </w:rPr>
        <w:t>……………… Kč</w:t>
      </w:r>
      <w:r w:rsidRPr="00353BFC">
        <w:rPr>
          <w:rFonts w:ascii="Times New Roman" w:hAnsi="Times New Roman" w:cs="Times New Roman"/>
          <w:color w:val="auto"/>
          <w:sz w:val="22"/>
          <w:lang w:val="cs-CZ"/>
        </w:rPr>
        <w:t xml:space="preserve"> (slovy: …………………………………</w:t>
      </w:r>
      <w:r>
        <w:rPr>
          <w:rFonts w:ascii="Times New Roman" w:hAnsi="Times New Roman" w:cs="Times New Roman"/>
          <w:color w:val="auto"/>
          <w:sz w:val="22"/>
          <w:lang w:val="cs-CZ"/>
        </w:rPr>
        <w:t>……………………………… korun českých).</w:t>
      </w:r>
    </w:p>
    <w:p w14:paraId="6AC5A502" w14:textId="678E3267" w:rsidR="00391ED8" w:rsidRPr="00353BFC" w:rsidRDefault="00353BFC" w:rsidP="00353BFC">
      <w:pPr>
        <w:pStyle w:val="Odstavecseseznamem"/>
        <w:numPr>
          <w:ilvl w:val="0"/>
          <w:numId w:val="10"/>
        </w:numPr>
        <w:spacing w:after="80" w:line="360" w:lineRule="auto"/>
        <w:rPr>
          <w:rFonts w:ascii="Times New Roman" w:hAnsi="Times New Roman" w:cs="Times New Roman"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color w:val="auto"/>
          <w:sz w:val="22"/>
          <w:lang w:val="cs-CZ"/>
        </w:rPr>
        <w:t>Obdarovaný tento finanční dar s díky přijímá.</w:t>
      </w:r>
    </w:p>
    <w:p w14:paraId="3B582A13" w14:textId="77777777" w:rsidR="00391ED8" w:rsidRPr="00353BFC" w:rsidRDefault="00353BFC">
      <w:pPr>
        <w:keepNext/>
        <w:spacing w:before="200" w:after="80"/>
        <w:rPr>
          <w:rFonts w:ascii="Times New Roman" w:hAnsi="Times New Roman" w:cs="Times New Roman"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b/>
          <w:color w:val="auto"/>
          <w:sz w:val="22"/>
          <w:lang w:val="cs-CZ"/>
        </w:rPr>
        <w:t>III. Účel daru</w:t>
      </w:r>
    </w:p>
    <w:p w14:paraId="7ABDF800" w14:textId="77777777" w:rsidR="00353BFC" w:rsidRDefault="00353BFC" w:rsidP="00353BFC">
      <w:pPr>
        <w:pStyle w:val="Odstavecseseznamem"/>
        <w:numPr>
          <w:ilvl w:val="0"/>
          <w:numId w:val="12"/>
        </w:numPr>
        <w:spacing w:after="80"/>
        <w:rPr>
          <w:rFonts w:ascii="Times New Roman" w:hAnsi="Times New Roman" w:cs="Times New Roman"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color w:val="auto"/>
          <w:sz w:val="22"/>
          <w:lang w:val="cs-CZ"/>
        </w:rPr>
        <w:t>Dar je poskytován jako účelový finanční příspěvek na organizaci a zajištění spol</w:t>
      </w:r>
      <w:r>
        <w:rPr>
          <w:rFonts w:ascii="Times New Roman" w:hAnsi="Times New Roman" w:cs="Times New Roman"/>
          <w:color w:val="auto"/>
          <w:sz w:val="22"/>
          <w:lang w:val="cs-CZ"/>
        </w:rPr>
        <w:t>ečensko-kulturní akce Ples SGO.</w:t>
      </w:r>
    </w:p>
    <w:p w14:paraId="4052E78E" w14:textId="6A1D2269" w:rsidR="00391ED8" w:rsidRPr="00353BFC" w:rsidRDefault="00353BFC" w:rsidP="00353BFC">
      <w:pPr>
        <w:pStyle w:val="Odstavecseseznamem"/>
        <w:numPr>
          <w:ilvl w:val="0"/>
          <w:numId w:val="12"/>
        </w:numPr>
        <w:spacing w:after="80"/>
        <w:rPr>
          <w:rFonts w:ascii="Times New Roman" w:hAnsi="Times New Roman" w:cs="Times New Roman"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color w:val="auto"/>
          <w:sz w:val="22"/>
          <w:lang w:val="cs-CZ"/>
        </w:rPr>
        <w:t>Obdarovaný s</w:t>
      </w:r>
      <w:r w:rsidRPr="00353BFC">
        <w:rPr>
          <w:rFonts w:ascii="Times New Roman" w:hAnsi="Times New Roman" w:cs="Times New Roman"/>
          <w:color w:val="auto"/>
          <w:sz w:val="22"/>
          <w:lang w:val="cs-CZ"/>
        </w:rPr>
        <w:t>e zavazuje použít dar výhradně k tomuto účelu v souladu se svými stanovami.</w:t>
      </w:r>
    </w:p>
    <w:p w14:paraId="478A0575" w14:textId="77777777" w:rsidR="00391ED8" w:rsidRPr="00353BFC" w:rsidRDefault="00353BFC">
      <w:pPr>
        <w:keepNext/>
        <w:spacing w:before="200" w:after="80"/>
        <w:rPr>
          <w:rFonts w:ascii="Times New Roman" w:hAnsi="Times New Roman" w:cs="Times New Roman"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b/>
          <w:color w:val="auto"/>
          <w:sz w:val="22"/>
          <w:lang w:val="cs-CZ"/>
        </w:rPr>
        <w:t>IV. Způsob předání daru</w:t>
      </w:r>
    </w:p>
    <w:p w14:paraId="0307C056" w14:textId="77777777" w:rsidR="00353BFC" w:rsidRDefault="00353BFC" w:rsidP="00353BFC">
      <w:pPr>
        <w:spacing w:after="80"/>
        <w:ind w:firstLine="720"/>
        <w:rPr>
          <w:rFonts w:ascii="Times New Roman" w:hAnsi="Times New Roman" w:cs="Times New Roman"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color w:val="auto"/>
          <w:sz w:val="22"/>
          <w:lang w:val="cs-CZ"/>
        </w:rPr>
        <w:t>Finanční dar bude poukázán bezhotovostním převodem na účet Obdarovaného uvedený v záhlaví této smlouvy</w:t>
      </w:r>
    </w:p>
    <w:p w14:paraId="15002F4D" w14:textId="64E01162" w:rsidR="00391ED8" w:rsidRPr="00353BFC" w:rsidRDefault="00353BFC" w:rsidP="00353BFC">
      <w:pPr>
        <w:spacing w:after="80"/>
        <w:ind w:firstLine="720"/>
        <w:rPr>
          <w:rFonts w:ascii="Times New Roman" w:hAnsi="Times New Roman" w:cs="Times New Roman"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color w:val="auto"/>
          <w:sz w:val="22"/>
          <w:lang w:val="cs-CZ"/>
        </w:rPr>
        <w:t xml:space="preserve"> do ……… dnů od podpisu této smlouvy (případně: byl pře</w:t>
      </w:r>
      <w:r w:rsidRPr="00353BFC">
        <w:rPr>
          <w:rFonts w:ascii="Times New Roman" w:hAnsi="Times New Roman" w:cs="Times New Roman"/>
          <w:color w:val="auto"/>
          <w:sz w:val="22"/>
          <w:lang w:val="cs-CZ"/>
        </w:rPr>
        <w:t>dán v hotovosti při podpisu této smlouvy).</w:t>
      </w:r>
    </w:p>
    <w:p w14:paraId="43234FA0" w14:textId="77777777" w:rsidR="00391ED8" w:rsidRPr="00353BFC" w:rsidRDefault="00353BFC">
      <w:pPr>
        <w:keepNext/>
        <w:spacing w:before="200" w:after="80"/>
        <w:rPr>
          <w:rFonts w:ascii="Times New Roman" w:hAnsi="Times New Roman" w:cs="Times New Roman"/>
          <w:color w:val="auto"/>
          <w:sz w:val="22"/>
          <w:lang w:val="cs-CZ"/>
        </w:rPr>
      </w:pPr>
      <w:r w:rsidRPr="00353BFC">
        <w:rPr>
          <w:rFonts w:ascii="Times New Roman" w:hAnsi="Times New Roman" w:cs="Times New Roman"/>
          <w:b/>
          <w:color w:val="auto"/>
          <w:sz w:val="22"/>
          <w:lang w:val="cs-CZ"/>
        </w:rPr>
        <w:t>V. Závěrečná ustanovení</w:t>
      </w:r>
    </w:p>
    <w:p w14:paraId="7A40E70B" w14:textId="77777777" w:rsidR="00353BFC" w:rsidRPr="00353BFC" w:rsidRDefault="00353BFC" w:rsidP="00353BFC">
      <w:pPr>
        <w:pStyle w:val="Odstavecseseznamem"/>
        <w:numPr>
          <w:ilvl w:val="0"/>
          <w:numId w:val="13"/>
        </w:numPr>
        <w:spacing w:after="160"/>
        <w:rPr>
          <w:color w:val="auto"/>
          <w:lang w:val="cs-CZ"/>
        </w:rPr>
      </w:pPr>
      <w:r w:rsidRPr="00353BFC">
        <w:rPr>
          <w:rFonts w:ascii="Times New Roman" w:hAnsi="Times New Roman" w:cs="Times New Roman"/>
          <w:color w:val="auto"/>
          <w:sz w:val="22"/>
          <w:lang w:val="cs-CZ"/>
        </w:rPr>
        <w:t>Tato smlouva nabývá platnosti a účinnosti dnem jejího podp</w:t>
      </w:r>
      <w:r>
        <w:rPr>
          <w:rFonts w:ascii="Times New Roman" w:hAnsi="Times New Roman" w:cs="Times New Roman"/>
          <w:color w:val="auto"/>
          <w:sz w:val="22"/>
          <w:lang w:val="cs-CZ"/>
        </w:rPr>
        <w:t>isu oběma smluvními stranami.</w:t>
      </w:r>
    </w:p>
    <w:p w14:paraId="312E43C1" w14:textId="77777777" w:rsidR="00353BFC" w:rsidRPr="00353BFC" w:rsidRDefault="00353BFC" w:rsidP="00353BFC">
      <w:pPr>
        <w:pStyle w:val="Odstavecseseznamem"/>
        <w:numPr>
          <w:ilvl w:val="0"/>
          <w:numId w:val="13"/>
        </w:numPr>
        <w:spacing w:after="160"/>
        <w:rPr>
          <w:color w:val="auto"/>
          <w:lang w:val="cs-CZ"/>
        </w:rPr>
      </w:pPr>
      <w:r w:rsidRPr="00353BFC">
        <w:rPr>
          <w:rFonts w:ascii="Times New Roman" w:hAnsi="Times New Roman" w:cs="Times New Roman"/>
          <w:color w:val="auto"/>
          <w:sz w:val="22"/>
          <w:lang w:val="cs-CZ"/>
        </w:rPr>
        <w:t xml:space="preserve"> Smlouva je vyhotovena ve dvou rovnocenných stejnopisech, z nichž po jednom obdrží každá ze smlu</w:t>
      </w:r>
      <w:r>
        <w:rPr>
          <w:rFonts w:ascii="Times New Roman" w:hAnsi="Times New Roman" w:cs="Times New Roman"/>
          <w:color w:val="auto"/>
          <w:sz w:val="22"/>
          <w:lang w:val="cs-CZ"/>
        </w:rPr>
        <w:t>vních stran.</w:t>
      </w:r>
    </w:p>
    <w:p w14:paraId="3CB27EDF" w14:textId="10979927" w:rsidR="00391ED8" w:rsidRPr="00353BFC" w:rsidRDefault="00B83078" w:rsidP="00353BFC">
      <w:pPr>
        <w:pStyle w:val="Odstavecseseznamem"/>
        <w:numPr>
          <w:ilvl w:val="0"/>
          <w:numId w:val="13"/>
        </w:numPr>
        <w:spacing w:after="160"/>
        <w:rPr>
          <w:color w:val="auto"/>
          <w:lang w:val="cs-CZ"/>
        </w:rPr>
      </w:pPr>
      <w:r w:rsidRPr="00353BFC">
        <w:rPr>
          <w:rFonts w:ascii="Times New Roman" w:hAnsi="Times New Roman" w:cs="Times New Roman"/>
          <w:color w:val="auto"/>
          <w:sz w:val="22"/>
          <w:lang w:val="cs-CZ"/>
        </w:rPr>
        <w:t>Smluvní strany prohlašují, že si tuto smlouvu před podpisem přečetly, že byla uzavřena po vzájemném ujednání podle jejich pravé a svobodné vůle, a na důkaz toho připojují své podpisy.</w:t>
      </w:r>
    </w:p>
    <w:p w14:paraId="22DB31E1" w14:textId="77777777" w:rsidR="00353BFC" w:rsidRPr="00353BFC" w:rsidRDefault="00353BFC" w:rsidP="00353BFC">
      <w:pPr>
        <w:pStyle w:val="Odstavecseseznamem"/>
        <w:spacing w:after="160"/>
        <w:rPr>
          <w:color w:val="auto"/>
          <w:lang w:val="cs-CZ"/>
        </w:rPr>
      </w:pPr>
    </w:p>
    <w:p w14:paraId="783BCEF3" w14:textId="77777777" w:rsidR="00353BFC" w:rsidRPr="006D416A" w:rsidRDefault="00353BFC" w:rsidP="00353BFC">
      <w:pPr>
        <w:pStyle w:val="Odstavecseseznamem"/>
        <w:spacing w:line="240" w:lineRule="auto"/>
        <w:rPr>
          <w:rFonts w:ascii="Times New Roman" w:hAnsi="Times New Roman" w:cs="Times New Roman"/>
          <w:color w:val="auto"/>
          <w:sz w:val="22"/>
          <w:lang w:val="cs-CZ"/>
        </w:rPr>
      </w:pPr>
    </w:p>
    <w:p w14:paraId="297F3ED6" w14:textId="77777777" w:rsidR="00353BFC" w:rsidRPr="006D416A" w:rsidRDefault="00353BFC" w:rsidP="00353BFC">
      <w:pPr>
        <w:pStyle w:val="Odstavecseseznamem"/>
        <w:spacing w:line="240" w:lineRule="auto"/>
        <w:ind w:firstLine="720"/>
        <w:rPr>
          <w:rFonts w:ascii="Times New Roman" w:hAnsi="Times New Roman" w:cs="Times New Roman"/>
          <w:color w:val="auto"/>
          <w:sz w:val="22"/>
          <w:lang w:val="cs-CZ"/>
        </w:rPr>
      </w:pPr>
      <w:r w:rsidRPr="006D416A">
        <w:rPr>
          <w:rFonts w:ascii="Times New Roman" w:hAnsi="Times New Roman" w:cs="Times New Roman"/>
          <w:color w:val="auto"/>
          <w:sz w:val="22"/>
          <w:lang w:val="cs-CZ"/>
        </w:rPr>
        <w:t>V Olomouci dne: ………….</w:t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  <w:t>V Olomouci dne: ………….</w:t>
      </w:r>
    </w:p>
    <w:p w14:paraId="119A51AA" w14:textId="77777777" w:rsidR="00353BFC" w:rsidRPr="006D416A" w:rsidRDefault="00353BFC" w:rsidP="00353BFC">
      <w:pPr>
        <w:pStyle w:val="Odstavecseseznamem"/>
        <w:spacing w:line="240" w:lineRule="auto"/>
        <w:rPr>
          <w:rFonts w:ascii="Times New Roman" w:hAnsi="Times New Roman" w:cs="Times New Roman"/>
          <w:color w:val="auto"/>
          <w:sz w:val="22"/>
          <w:lang w:val="cs-CZ"/>
        </w:rPr>
      </w:pPr>
    </w:p>
    <w:p w14:paraId="683BA9E4" w14:textId="77777777" w:rsidR="00353BFC" w:rsidRPr="006D416A" w:rsidRDefault="00353BFC" w:rsidP="00353BFC">
      <w:pPr>
        <w:pStyle w:val="Odstavecseseznamem"/>
        <w:spacing w:line="240" w:lineRule="auto"/>
        <w:rPr>
          <w:rFonts w:ascii="Times New Roman" w:hAnsi="Times New Roman" w:cs="Times New Roman"/>
          <w:color w:val="auto"/>
          <w:sz w:val="22"/>
          <w:lang w:val="cs-CZ"/>
        </w:rPr>
      </w:pPr>
    </w:p>
    <w:p w14:paraId="53F18670" w14:textId="77777777" w:rsidR="00353BFC" w:rsidRPr="006D416A" w:rsidRDefault="00353BFC" w:rsidP="00353BFC">
      <w:pPr>
        <w:pStyle w:val="Odstavecseseznamem"/>
        <w:spacing w:line="240" w:lineRule="auto"/>
        <w:ind w:firstLine="720"/>
        <w:rPr>
          <w:rFonts w:ascii="Times New Roman" w:hAnsi="Times New Roman" w:cs="Times New Roman"/>
          <w:color w:val="auto"/>
          <w:sz w:val="22"/>
          <w:lang w:val="cs-CZ"/>
        </w:rPr>
      </w:pPr>
      <w:r w:rsidRPr="006D416A">
        <w:rPr>
          <w:rFonts w:ascii="Times New Roman" w:hAnsi="Times New Roman" w:cs="Times New Roman"/>
          <w:color w:val="auto"/>
          <w:sz w:val="22"/>
          <w:lang w:val="cs-CZ"/>
        </w:rPr>
        <w:t>……………………………..</w:t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  <w:t>……………………………..</w:t>
      </w:r>
    </w:p>
    <w:p w14:paraId="38E70380" w14:textId="4E154DDE" w:rsidR="00E43782" w:rsidRPr="002F1D26" w:rsidRDefault="00353BFC" w:rsidP="00353BFC">
      <w:pPr>
        <w:pStyle w:val="Odstavecseseznamem"/>
        <w:spacing w:line="240" w:lineRule="auto"/>
        <w:ind w:left="1440" w:firstLine="720"/>
        <w:rPr>
          <w:lang w:val="pl-PL"/>
        </w:rPr>
      </w:pPr>
      <w:r w:rsidRPr="006D416A">
        <w:rPr>
          <w:rFonts w:ascii="Times New Roman" w:hAnsi="Times New Roman" w:cs="Times New Roman"/>
          <w:color w:val="auto"/>
          <w:sz w:val="22"/>
          <w:lang w:val="cs-CZ"/>
        </w:rPr>
        <w:t>Dárce</w:t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</w:r>
      <w:r w:rsidRPr="006D416A">
        <w:rPr>
          <w:rFonts w:ascii="Times New Roman" w:hAnsi="Times New Roman" w:cs="Times New Roman"/>
          <w:color w:val="auto"/>
          <w:sz w:val="22"/>
          <w:lang w:val="cs-CZ"/>
        </w:rPr>
        <w:tab/>
        <w:t>za Obdarovaného</w:t>
      </w:r>
      <w:bookmarkStart w:id="0" w:name="_GoBack"/>
      <w:bookmarkEnd w:id="0"/>
    </w:p>
    <w:sectPr w:rsidR="00E43782" w:rsidRPr="002F1D26" w:rsidSect="00353BFC">
      <w:pgSz w:w="12240" w:h="15840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14C48B1"/>
    <w:multiLevelType w:val="hybridMultilevel"/>
    <w:tmpl w:val="DA0A2D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FD032D"/>
    <w:multiLevelType w:val="hybridMultilevel"/>
    <w:tmpl w:val="134A5B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853696"/>
    <w:multiLevelType w:val="hybridMultilevel"/>
    <w:tmpl w:val="C2D0282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F5207E"/>
    <w:multiLevelType w:val="hybridMultilevel"/>
    <w:tmpl w:val="541E7F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A04D9"/>
    <w:rsid w:val="0015074B"/>
    <w:rsid w:val="0029639D"/>
    <w:rsid w:val="002F1D26"/>
    <w:rsid w:val="00326F90"/>
    <w:rsid w:val="00353BFC"/>
    <w:rsid w:val="00391ED8"/>
    <w:rsid w:val="009C4F49"/>
    <w:rsid w:val="00AA1D8D"/>
    <w:rsid w:val="00B47730"/>
    <w:rsid w:val="00B83078"/>
    <w:rsid w:val="00CB0664"/>
    <w:rsid w:val="00E4378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5DD164"/>
  <w14:defaultImageDpi w14:val="300"/>
  <w15:docId w15:val="{11E9A4B3-8094-4244-B96D-F6DD0D05F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C693F"/>
    <w:rPr>
      <w:rFonts w:ascii="Arial" w:hAnsi="Arial"/>
      <w:color w:val="2D3748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418F725-6B57-4699-BED8-FF2343A66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1554</Characters>
  <Application>Microsoft Office Word</Application>
  <DocSecurity>0</DocSecurity>
  <Lines>12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Weinlichova Jarmila</cp:lastModifiedBy>
  <cp:revision>2</cp:revision>
  <dcterms:created xsi:type="dcterms:W3CDTF">2026-09-22T05:23:00Z</dcterms:created>
  <dcterms:modified xsi:type="dcterms:W3CDTF">2026-09-22T05:23:00Z</dcterms:modified>
  <cp:category/>
</cp:coreProperties>
</file>