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29183" w14:textId="77777777" w:rsidR="00214B48" w:rsidRPr="00353BFC" w:rsidRDefault="00214B48" w:rsidP="00214B48">
      <w:pPr>
        <w:spacing w:after="40"/>
        <w:jc w:val="center"/>
        <w:rPr>
          <w:rFonts w:ascii="Times New Roman" w:hAnsi="Times New Roman" w:cs="Times New Roman"/>
          <w:b/>
          <w:color w:val="auto"/>
          <w:sz w:val="16"/>
          <w:szCs w:val="16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16"/>
          <w:szCs w:val="16"/>
          <w:lang w:val="cs-CZ"/>
        </w:rPr>
        <w:drawing>
          <wp:anchor distT="0" distB="0" distL="114300" distR="114300" simplePos="0" relativeHeight="251659264" behindDoc="1" locked="0" layoutInCell="1" allowOverlap="1" wp14:anchorId="4D180CE4" wp14:editId="2EB35B33">
            <wp:simplePos x="0" y="0"/>
            <wp:positionH relativeFrom="column">
              <wp:posOffset>6012180</wp:posOffset>
            </wp:positionH>
            <wp:positionV relativeFrom="paragraph">
              <wp:posOffset>0</wp:posOffset>
            </wp:positionV>
            <wp:extent cx="971550" cy="959844"/>
            <wp:effectExtent l="0" t="0" r="0" b="0"/>
            <wp:wrapTight wrapText="bothSides">
              <wp:wrapPolygon edited="0">
                <wp:start x="0" y="0"/>
                <wp:lineTo x="0" y="21014"/>
                <wp:lineTo x="21176" y="21014"/>
                <wp:lineTo x="2117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9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05195E" w14:textId="77777777" w:rsidR="00214B48" w:rsidRPr="00353BFC" w:rsidRDefault="00214B48" w:rsidP="00214B48">
      <w:pPr>
        <w:spacing w:after="40"/>
        <w:jc w:val="center"/>
        <w:rPr>
          <w:rFonts w:ascii="Times New Roman" w:hAnsi="Times New Roman" w:cs="Times New Roman"/>
          <w:color w:val="auto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8"/>
          <w:lang w:val="cs-CZ"/>
        </w:rPr>
        <w:t>DAROVACÍ SMLOUVA</w:t>
      </w:r>
    </w:p>
    <w:p w14:paraId="6BAB0FA0" w14:textId="77777777" w:rsidR="00214B48" w:rsidRPr="00353BFC" w:rsidRDefault="00214B48" w:rsidP="00214B48">
      <w:pPr>
        <w:spacing w:after="280"/>
        <w:jc w:val="center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(uzavřená podle § 2055 a násl. zákona č. 89/2012 Sb., občanský zákoník)</w:t>
      </w:r>
    </w:p>
    <w:p w14:paraId="1C835D4C" w14:textId="77777777" w:rsidR="00214B48" w:rsidRPr="00353BFC" w:rsidRDefault="00214B48" w:rsidP="00214B48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I. Smluvní strany</w:t>
      </w:r>
    </w:p>
    <w:p w14:paraId="769EDCEF" w14:textId="77777777" w:rsidR="00214B48" w:rsidRPr="00214B48" w:rsidRDefault="00214B48" w:rsidP="00214B48">
      <w:pPr>
        <w:spacing w:after="0"/>
        <w:rPr>
          <w:rFonts w:ascii="Times New Roman" w:hAnsi="Times New Roman" w:cs="Times New Roman"/>
          <w:b/>
          <w:color w:val="auto"/>
          <w:sz w:val="12"/>
          <w:szCs w:val="12"/>
          <w:lang w:val="cs-CZ"/>
        </w:rPr>
      </w:pPr>
    </w:p>
    <w:p w14:paraId="478EC318" w14:textId="77777777" w:rsidR="00214B48" w:rsidRPr="00353BFC" w:rsidRDefault="00214B48" w:rsidP="00214B48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Dárce:</w:t>
      </w:r>
    </w:p>
    <w:p w14:paraId="4ADF5CBD" w14:textId="77777777" w:rsidR="00214B48" w:rsidRPr="00353BFC" w:rsidRDefault="00214B48" w:rsidP="00214B48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Jméno a příjmení / Název: ……………………………………………………………………………</w:t>
      </w:r>
    </w:p>
    <w:p w14:paraId="75F5A383" w14:textId="77777777" w:rsidR="00214B48" w:rsidRPr="00353BFC" w:rsidRDefault="00214B48" w:rsidP="00214B48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Datum narození / IČO: ………………………………………………………………………………..</w:t>
      </w:r>
    </w:p>
    <w:p w14:paraId="6B8EC529" w14:textId="77777777" w:rsidR="00214B48" w:rsidRPr="00353BFC" w:rsidRDefault="00214B48" w:rsidP="00214B48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Bydliště / Sídlo: ……………………………………………………………………………………….</w:t>
      </w:r>
    </w:p>
    <w:p w14:paraId="5F2E9760" w14:textId="77777777" w:rsidR="00214B48" w:rsidRPr="00353BFC" w:rsidRDefault="00214B48" w:rsidP="00214B48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Zastoupený: ……………………………………………………………………………………………</w:t>
      </w:r>
    </w:p>
    <w:p w14:paraId="197223DB" w14:textId="77777777" w:rsidR="00214B48" w:rsidRPr="00353BFC" w:rsidRDefault="00214B48" w:rsidP="00214B48">
      <w:pPr>
        <w:spacing w:after="0"/>
        <w:ind w:left="1134"/>
        <w:jc w:val="center"/>
        <w:rPr>
          <w:rFonts w:ascii="Times New Roman" w:hAnsi="Times New Roman" w:cs="Times New Roman"/>
          <w:i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(dále jen „Dárce“)</w:t>
      </w:r>
    </w:p>
    <w:p w14:paraId="4AD64434" w14:textId="77777777" w:rsidR="00214B48" w:rsidRPr="00353BFC" w:rsidRDefault="00214B48" w:rsidP="00214B48">
      <w:pPr>
        <w:spacing w:after="0"/>
        <w:ind w:left="1134"/>
        <w:jc w:val="center"/>
        <w:rPr>
          <w:rFonts w:ascii="Times New Roman" w:hAnsi="Times New Roman" w:cs="Times New Roman"/>
          <w:i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a</w:t>
      </w:r>
    </w:p>
    <w:p w14:paraId="190348D9" w14:textId="77777777" w:rsidR="00214B48" w:rsidRPr="00353BFC" w:rsidRDefault="00214B48" w:rsidP="00214B48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Obdarovaný:</w:t>
      </w:r>
    </w:p>
    <w:p w14:paraId="2E0E6B06" w14:textId="77777777" w:rsidR="00214B48" w:rsidRPr="00353BFC" w:rsidRDefault="00214B48" w:rsidP="00214B48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Sdružení rodičů SGO, z. s.</w:t>
      </w:r>
    </w:p>
    <w:p w14:paraId="7A2C95E0" w14:textId="77777777" w:rsidR="00214B48" w:rsidRPr="00353BFC" w:rsidRDefault="00214B48" w:rsidP="00214B48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se sídlem Jiřího z Poděbrad 936/13, 779 00 Olomouc</w:t>
      </w:r>
    </w:p>
    <w:p w14:paraId="1B7EA445" w14:textId="77777777" w:rsidR="00214B48" w:rsidRPr="00353BFC" w:rsidRDefault="00214B48" w:rsidP="00214B48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IČO: 702 37 999</w:t>
      </w:r>
    </w:p>
    <w:p w14:paraId="6470A223" w14:textId="77777777" w:rsidR="00214B48" w:rsidRPr="00353BFC" w:rsidRDefault="00214B48" w:rsidP="00214B48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zapsaný ve spolkovém rejstříku vedeném Krajským soudem v Ostravě, oddíl L, vložka 4831</w:t>
      </w:r>
    </w:p>
    <w:p w14:paraId="500905F6" w14:textId="77777777" w:rsidR="00214B48" w:rsidRPr="00353BFC" w:rsidRDefault="00214B48" w:rsidP="00214B48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Zastoupený: ……………………………………………………………………………………………</w:t>
      </w:r>
    </w:p>
    <w:p w14:paraId="053681C4" w14:textId="77777777" w:rsidR="00214B48" w:rsidRPr="00353BFC" w:rsidRDefault="00214B48" w:rsidP="00214B48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Bankovní spojení: č. účtu 2301671472/2010</w:t>
      </w:r>
    </w:p>
    <w:p w14:paraId="171CF60D" w14:textId="77777777" w:rsidR="00214B48" w:rsidRPr="00353BFC" w:rsidRDefault="00214B48" w:rsidP="00214B48">
      <w:pPr>
        <w:spacing w:line="240" w:lineRule="auto"/>
        <w:ind w:left="1440" w:firstLine="720"/>
        <w:jc w:val="center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(dále jen „Obdarovaný“)</w:t>
      </w:r>
    </w:p>
    <w:p w14:paraId="4196D0E5" w14:textId="77777777" w:rsidR="007745EC" w:rsidRPr="00214B48" w:rsidRDefault="008D4B9E" w:rsidP="00214B48">
      <w:pPr>
        <w:keepNext/>
        <w:spacing w:before="200" w:after="80" w:line="360" w:lineRule="auto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b/>
          <w:color w:val="auto"/>
          <w:sz w:val="22"/>
          <w:lang w:val="cs-CZ"/>
        </w:rPr>
        <w:t>II. Předmět smlouvy</w:t>
      </w:r>
    </w:p>
    <w:p w14:paraId="0F282E7B" w14:textId="77777777" w:rsidR="00214B48" w:rsidRPr="00214B48" w:rsidRDefault="008D4B9E" w:rsidP="00214B48">
      <w:pPr>
        <w:pStyle w:val="Odstavecseseznamem"/>
        <w:numPr>
          <w:ilvl w:val="0"/>
          <w:numId w:val="10"/>
        </w:numPr>
        <w:spacing w:after="80" w:line="360" w:lineRule="auto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color w:val="auto"/>
          <w:sz w:val="22"/>
          <w:lang w:val="cs-CZ"/>
        </w:rPr>
        <w:t>Dárce tímto bezplatně převádí do vlastnictví Obdarovaného věcný dar:</w:t>
      </w:r>
      <w:r w:rsidRPr="00214B48">
        <w:rPr>
          <w:rFonts w:ascii="Times New Roman" w:hAnsi="Times New Roman" w:cs="Times New Roman"/>
          <w:color w:val="auto"/>
          <w:sz w:val="22"/>
          <w:lang w:val="cs-CZ"/>
        </w:rPr>
        <w:br/>
      </w:r>
      <w:r w:rsidRPr="00214B48">
        <w:rPr>
          <w:rFonts w:ascii="Times New Roman" w:hAnsi="Times New Roman" w:cs="Times New Roman"/>
          <w:b/>
          <w:color w:val="auto"/>
          <w:sz w:val="22"/>
          <w:lang w:val="cs-CZ"/>
        </w:rPr>
        <w:t>Popis</w:t>
      </w:r>
      <w:r w:rsidR="00214B48" w:rsidRPr="00214B48">
        <w:rPr>
          <w:rFonts w:ascii="Times New Roman" w:hAnsi="Times New Roman" w:cs="Times New Roman"/>
          <w:b/>
          <w:color w:val="auto"/>
          <w:sz w:val="22"/>
          <w:lang w:val="cs-CZ"/>
        </w:rPr>
        <w:t xml:space="preserve"> daru:</w:t>
      </w:r>
      <w:r w:rsidR="00214B48">
        <w:rPr>
          <w:rFonts w:ascii="Times New Roman" w:hAnsi="Times New Roman" w:cs="Times New Roman"/>
          <w:b/>
          <w:color w:val="auto"/>
          <w:sz w:val="22"/>
          <w:lang w:val="cs-CZ"/>
        </w:rPr>
        <w:t xml:space="preserve"> </w:t>
      </w:r>
      <w:r w:rsidRPr="00214B48">
        <w:rPr>
          <w:rFonts w:ascii="Times New Roman" w:hAnsi="Times New Roman" w:cs="Times New Roman"/>
          <w:b/>
          <w:color w:val="auto"/>
          <w:sz w:val="22"/>
          <w:lang w:val="cs-CZ"/>
        </w:rPr>
        <w:t>………………………………………</w:t>
      </w:r>
      <w:r w:rsidR="00214B48">
        <w:rPr>
          <w:rFonts w:ascii="Times New Roman" w:hAnsi="Times New Roman" w:cs="Times New Roman"/>
          <w:b/>
          <w:color w:val="auto"/>
          <w:sz w:val="22"/>
          <w:lang w:val="cs-CZ"/>
        </w:rPr>
        <w:t>……………………………………………………………………</w:t>
      </w:r>
      <w:r w:rsidR="00214B48">
        <w:rPr>
          <w:rFonts w:ascii="Times New Roman" w:hAnsi="Times New Roman" w:cs="Times New Roman"/>
          <w:b/>
          <w:color w:val="auto"/>
          <w:sz w:val="22"/>
          <w:lang w:val="cs-CZ"/>
        </w:rPr>
        <w:br/>
      </w:r>
      <w:r w:rsidRPr="00214B48">
        <w:rPr>
          <w:rFonts w:ascii="Times New Roman" w:hAnsi="Times New Roman" w:cs="Times New Roman"/>
          <w:b/>
          <w:color w:val="auto"/>
          <w:sz w:val="22"/>
          <w:lang w:val="cs-CZ"/>
        </w:rPr>
        <w:t>Množství / počet kusů: ………………………</w:t>
      </w:r>
      <w:r w:rsidR="00214B48">
        <w:rPr>
          <w:rFonts w:ascii="Times New Roman" w:hAnsi="Times New Roman" w:cs="Times New Roman"/>
          <w:b/>
          <w:color w:val="auto"/>
          <w:sz w:val="22"/>
          <w:lang w:val="cs-CZ"/>
        </w:rPr>
        <w:t xml:space="preserve">   </w:t>
      </w:r>
      <w:r w:rsidRPr="00214B48">
        <w:rPr>
          <w:rFonts w:ascii="Times New Roman" w:hAnsi="Times New Roman" w:cs="Times New Roman"/>
          <w:b/>
          <w:color w:val="auto"/>
          <w:sz w:val="22"/>
          <w:lang w:val="cs-CZ"/>
        </w:rPr>
        <w:t xml:space="preserve"> Odhadní / úč</w:t>
      </w:r>
      <w:r w:rsidR="00214B48">
        <w:rPr>
          <w:rFonts w:ascii="Times New Roman" w:hAnsi="Times New Roman" w:cs="Times New Roman"/>
          <w:b/>
          <w:color w:val="auto"/>
          <w:sz w:val="22"/>
          <w:lang w:val="cs-CZ"/>
        </w:rPr>
        <w:t>etní hodnota daru: ……………………… Kč</w:t>
      </w:r>
    </w:p>
    <w:p w14:paraId="51D8C823" w14:textId="07742E7D" w:rsidR="007745EC" w:rsidRPr="00214B48" w:rsidRDefault="008D4B9E" w:rsidP="00214B48">
      <w:pPr>
        <w:pStyle w:val="Odstavecseseznamem"/>
        <w:numPr>
          <w:ilvl w:val="0"/>
          <w:numId w:val="10"/>
        </w:numPr>
        <w:spacing w:after="80" w:line="360" w:lineRule="auto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color w:val="auto"/>
          <w:sz w:val="22"/>
          <w:lang w:val="cs-CZ"/>
        </w:rPr>
        <w:t>Obdarovaný tento věcný dar do svého vlastnictví s díky přijímá.</w:t>
      </w:r>
    </w:p>
    <w:p w14:paraId="3C62FBD0" w14:textId="77777777" w:rsidR="00214B48" w:rsidRDefault="008D4B9E" w:rsidP="00214B48">
      <w:pPr>
        <w:keepNext/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b/>
          <w:color w:val="auto"/>
          <w:sz w:val="22"/>
          <w:lang w:val="cs-CZ"/>
        </w:rPr>
        <w:t>III. Účel daru</w:t>
      </w:r>
    </w:p>
    <w:p w14:paraId="6F7BCD6D" w14:textId="77777777" w:rsidR="00214B48" w:rsidRDefault="008D4B9E" w:rsidP="00214B48">
      <w:pPr>
        <w:pStyle w:val="Odstavecseseznamem"/>
        <w:keepNext/>
        <w:numPr>
          <w:ilvl w:val="0"/>
          <w:numId w:val="11"/>
        </w:numPr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color w:val="auto"/>
          <w:sz w:val="22"/>
          <w:lang w:val="cs-CZ"/>
        </w:rPr>
        <w:t>Dar je poskytován k zajištění a pod</w:t>
      </w:r>
      <w:r w:rsidRPr="00214B48">
        <w:rPr>
          <w:rFonts w:ascii="Times New Roman" w:hAnsi="Times New Roman" w:cs="Times New Roman"/>
          <w:color w:val="auto"/>
          <w:sz w:val="22"/>
          <w:lang w:val="cs-CZ"/>
        </w:rPr>
        <w:t>poře činnosti Obdarovaného a k naplňování jeho cílů v oblasti školství, vzdělávání a rozvoje žák</w:t>
      </w:r>
      <w:r w:rsidR="00214B48">
        <w:rPr>
          <w:rFonts w:ascii="Times New Roman" w:hAnsi="Times New Roman" w:cs="Times New Roman"/>
          <w:color w:val="auto"/>
          <w:sz w:val="22"/>
          <w:lang w:val="cs-CZ"/>
        </w:rPr>
        <w:t>ů v souladu s jeho stanovami.</w:t>
      </w:r>
    </w:p>
    <w:p w14:paraId="1D1CBF69" w14:textId="77777777" w:rsidR="00214B48" w:rsidRDefault="008D4B9E" w:rsidP="00214B48">
      <w:pPr>
        <w:pStyle w:val="Odstavecseseznamem"/>
        <w:keepNext/>
        <w:numPr>
          <w:ilvl w:val="0"/>
          <w:numId w:val="11"/>
        </w:numPr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color w:val="auto"/>
          <w:sz w:val="22"/>
          <w:lang w:val="cs-CZ"/>
        </w:rPr>
        <w:t xml:space="preserve"> Dar splňuje podmínky pro uplatnění odpočtu ze základu daně z příjmů podle § 15 odst. 1 (pro fyzické osoby) a § 20 odst. 8 (pro </w:t>
      </w:r>
      <w:r w:rsidRPr="00214B48">
        <w:rPr>
          <w:rFonts w:ascii="Times New Roman" w:hAnsi="Times New Roman" w:cs="Times New Roman"/>
          <w:color w:val="auto"/>
          <w:sz w:val="22"/>
          <w:lang w:val="cs-CZ"/>
        </w:rPr>
        <w:t>právnické osoby) zákona č. 586/</w:t>
      </w:r>
      <w:r w:rsidR="00214B48">
        <w:rPr>
          <w:rFonts w:ascii="Times New Roman" w:hAnsi="Times New Roman" w:cs="Times New Roman"/>
          <w:color w:val="auto"/>
          <w:sz w:val="22"/>
          <w:lang w:val="cs-CZ"/>
        </w:rPr>
        <w:t>1992 Sb., o daních z příjmů.</w:t>
      </w:r>
    </w:p>
    <w:p w14:paraId="2791F437" w14:textId="05F18234" w:rsidR="007745EC" w:rsidRPr="00214B48" w:rsidRDefault="008D4B9E" w:rsidP="00214B48">
      <w:pPr>
        <w:pStyle w:val="Odstavecseseznamem"/>
        <w:keepNext/>
        <w:numPr>
          <w:ilvl w:val="0"/>
          <w:numId w:val="11"/>
        </w:numPr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color w:val="auto"/>
          <w:sz w:val="22"/>
          <w:lang w:val="cs-CZ"/>
        </w:rPr>
        <w:t>S darem dárce nespojuje žádnou protislužbu ze strany obdarovaného.</w:t>
      </w:r>
    </w:p>
    <w:p w14:paraId="2552B41B" w14:textId="77777777" w:rsidR="007745EC" w:rsidRPr="00214B48" w:rsidRDefault="008D4B9E">
      <w:pPr>
        <w:keepNext/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b/>
          <w:color w:val="auto"/>
          <w:sz w:val="22"/>
          <w:lang w:val="cs-CZ"/>
        </w:rPr>
        <w:t>IV. Předání a převzetí daru</w:t>
      </w:r>
    </w:p>
    <w:p w14:paraId="70D42647" w14:textId="77777777" w:rsidR="007745EC" w:rsidRPr="00214B48" w:rsidRDefault="008D4B9E" w:rsidP="00214B48">
      <w:pPr>
        <w:spacing w:after="8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color w:val="auto"/>
          <w:sz w:val="22"/>
          <w:lang w:val="cs-CZ"/>
        </w:rPr>
        <w:t>Dárce předal a Obdarovaný převzal věcný dar při podpisu této smlouvy.</w:t>
      </w:r>
    </w:p>
    <w:p w14:paraId="15CD7405" w14:textId="77777777" w:rsidR="007745EC" w:rsidRPr="00214B48" w:rsidRDefault="008D4B9E">
      <w:pPr>
        <w:keepNext/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b/>
          <w:color w:val="auto"/>
          <w:sz w:val="22"/>
          <w:lang w:val="cs-CZ"/>
        </w:rPr>
        <w:t>V. Závěrečná ustanovení</w:t>
      </w:r>
    </w:p>
    <w:p w14:paraId="2EB45422" w14:textId="77777777" w:rsidR="00214B48" w:rsidRDefault="008D4B9E" w:rsidP="00214B48">
      <w:pPr>
        <w:pStyle w:val="Odstavecseseznamem"/>
        <w:numPr>
          <w:ilvl w:val="0"/>
          <w:numId w:val="12"/>
        </w:numPr>
        <w:spacing w:after="16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color w:val="auto"/>
          <w:sz w:val="22"/>
          <w:lang w:val="cs-CZ"/>
        </w:rPr>
        <w:t>T</w:t>
      </w:r>
      <w:r w:rsidRPr="00214B48">
        <w:rPr>
          <w:rFonts w:ascii="Times New Roman" w:hAnsi="Times New Roman" w:cs="Times New Roman"/>
          <w:color w:val="auto"/>
          <w:sz w:val="22"/>
          <w:lang w:val="cs-CZ"/>
        </w:rPr>
        <w:t>ato smlouva nabývá platnosti a účinnosti dnem jejího podpi</w:t>
      </w:r>
      <w:r w:rsidR="00214B48">
        <w:rPr>
          <w:rFonts w:ascii="Times New Roman" w:hAnsi="Times New Roman" w:cs="Times New Roman"/>
          <w:color w:val="auto"/>
          <w:sz w:val="22"/>
          <w:lang w:val="cs-CZ"/>
        </w:rPr>
        <w:t>su oběma smluvními stranami.</w:t>
      </w:r>
    </w:p>
    <w:p w14:paraId="1C8F101C" w14:textId="77777777" w:rsidR="00214B48" w:rsidRDefault="008D4B9E" w:rsidP="00214B48">
      <w:pPr>
        <w:pStyle w:val="Odstavecseseznamem"/>
        <w:numPr>
          <w:ilvl w:val="0"/>
          <w:numId w:val="12"/>
        </w:numPr>
        <w:spacing w:after="16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color w:val="auto"/>
          <w:sz w:val="22"/>
          <w:lang w:val="cs-CZ"/>
        </w:rPr>
        <w:t>Smlouva je vyhotovena ve dvou rovnocenných stejnopisech, z nichž po jednom o</w:t>
      </w:r>
      <w:r w:rsidR="00214B48">
        <w:rPr>
          <w:rFonts w:ascii="Times New Roman" w:hAnsi="Times New Roman" w:cs="Times New Roman"/>
          <w:color w:val="auto"/>
          <w:sz w:val="22"/>
          <w:lang w:val="cs-CZ"/>
        </w:rPr>
        <w:t>bdrží každá ze smluvních stran.</w:t>
      </w:r>
    </w:p>
    <w:p w14:paraId="05E8B1F8" w14:textId="3769C8C1" w:rsidR="007745EC" w:rsidRDefault="008D4B9E" w:rsidP="00214B48">
      <w:pPr>
        <w:pStyle w:val="Odstavecseseznamem"/>
        <w:numPr>
          <w:ilvl w:val="0"/>
          <w:numId w:val="12"/>
        </w:numPr>
        <w:spacing w:after="160"/>
        <w:rPr>
          <w:rFonts w:ascii="Times New Roman" w:hAnsi="Times New Roman" w:cs="Times New Roman"/>
          <w:color w:val="auto"/>
          <w:sz w:val="22"/>
          <w:lang w:val="cs-CZ"/>
        </w:rPr>
      </w:pPr>
      <w:r w:rsidRPr="00214B48">
        <w:rPr>
          <w:rFonts w:ascii="Times New Roman" w:hAnsi="Times New Roman" w:cs="Times New Roman"/>
          <w:color w:val="auto"/>
          <w:sz w:val="22"/>
          <w:lang w:val="cs-CZ"/>
        </w:rPr>
        <w:t>Smluvní strany prohlašují, že si tuto smlouvu před podp</w:t>
      </w:r>
      <w:r w:rsidRPr="00214B48">
        <w:rPr>
          <w:rFonts w:ascii="Times New Roman" w:hAnsi="Times New Roman" w:cs="Times New Roman"/>
          <w:color w:val="auto"/>
          <w:sz w:val="22"/>
          <w:lang w:val="cs-CZ"/>
        </w:rPr>
        <w:t>isem přečetly, že byla uzavřena po vzájemném ujednání podle jejich pravé a svobodné vůle, a na důkaz toho připojují své podpisy.</w:t>
      </w:r>
    </w:p>
    <w:p w14:paraId="45DD21EC" w14:textId="77E46AE4" w:rsidR="00214B48" w:rsidRDefault="00214B48" w:rsidP="00214B48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10E5A744" w14:textId="77777777" w:rsidR="00214B48" w:rsidRDefault="00214B48" w:rsidP="00214B48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287D1E63" w14:textId="2A5FC9D0" w:rsidR="00214B48" w:rsidRPr="006D416A" w:rsidRDefault="00214B48" w:rsidP="00214B48">
      <w:pPr>
        <w:pStyle w:val="Odstavecseseznamem"/>
        <w:spacing w:line="240" w:lineRule="auto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V Olomouci dne: ………….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V Olomouci dne: ………….</w:t>
      </w:r>
    </w:p>
    <w:p w14:paraId="63038013" w14:textId="77777777" w:rsidR="00214B48" w:rsidRPr="006D416A" w:rsidRDefault="00214B48" w:rsidP="00214B48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18553704" w14:textId="77777777" w:rsidR="00214B48" w:rsidRPr="006D416A" w:rsidRDefault="00214B48" w:rsidP="00214B48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182C4D54" w14:textId="77777777" w:rsidR="00214B48" w:rsidRPr="006D416A" w:rsidRDefault="00214B48" w:rsidP="00214B48">
      <w:pPr>
        <w:pStyle w:val="Odstavecseseznamem"/>
        <w:spacing w:line="240" w:lineRule="auto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……………………………..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……………………………..</w:t>
      </w:r>
    </w:p>
    <w:p w14:paraId="704771FF" w14:textId="554E87AF" w:rsidR="00214B48" w:rsidRPr="00214B48" w:rsidRDefault="00214B48" w:rsidP="00214B48">
      <w:pPr>
        <w:pStyle w:val="Odstavecseseznamem"/>
        <w:spacing w:line="240" w:lineRule="auto"/>
        <w:ind w:left="1440"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Dárce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za Obdarovaného</w:t>
      </w:r>
      <w:bookmarkStart w:id="0" w:name="_GoBack"/>
      <w:bookmarkEnd w:id="0"/>
    </w:p>
    <w:sectPr w:rsidR="00214B48" w:rsidRPr="00214B48" w:rsidSect="00214B48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24B45" w14:textId="77777777" w:rsidR="008D4B9E" w:rsidRDefault="008D4B9E" w:rsidP="00454D3F">
      <w:pPr>
        <w:spacing w:after="0" w:line="240" w:lineRule="auto"/>
      </w:pPr>
      <w:r>
        <w:separator/>
      </w:r>
    </w:p>
  </w:endnote>
  <w:endnote w:type="continuationSeparator" w:id="0">
    <w:p w14:paraId="2662C5DD" w14:textId="77777777" w:rsidR="008D4B9E" w:rsidRDefault="008D4B9E" w:rsidP="00454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191DF" w14:textId="77777777" w:rsidR="008D4B9E" w:rsidRDefault="008D4B9E" w:rsidP="00454D3F">
      <w:pPr>
        <w:spacing w:after="0" w:line="240" w:lineRule="auto"/>
      </w:pPr>
      <w:r>
        <w:separator/>
      </w:r>
    </w:p>
  </w:footnote>
  <w:footnote w:type="continuationSeparator" w:id="0">
    <w:p w14:paraId="401BAE99" w14:textId="77777777" w:rsidR="008D4B9E" w:rsidRDefault="008D4B9E" w:rsidP="00454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624616"/>
    <w:multiLevelType w:val="hybridMultilevel"/>
    <w:tmpl w:val="341C7E66"/>
    <w:lvl w:ilvl="0" w:tplc="944245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793C"/>
    <w:multiLevelType w:val="hybridMultilevel"/>
    <w:tmpl w:val="E5CE8EF6"/>
    <w:lvl w:ilvl="0" w:tplc="D688D9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A7974"/>
    <w:multiLevelType w:val="hybridMultilevel"/>
    <w:tmpl w:val="3328052A"/>
    <w:lvl w:ilvl="0" w:tplc="944245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4B48"/>
    <w:rsid w:val="0029639D"/>
    <w:rsid w:val="00326F90"/>
    <w:rsid w:val="00433487"/>
    <w:rsid w:val="00454D3F"/>
    <w:rsid w:val="007745EC"/>
    <w:rsid w:val="008D4B9E"/>
    <w:rsid w:val="00AA1D8D"/>
    <w:rsid w:val="00B47730"/>
    <w:rsid w:val="00CB0664"/>
    <w:rsid w:val="00CC2A4A"/>
    <w:rsid w:val="00CF51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FB92C4"/>
  <w14:defaultImageDpi w14:val="300"/>
  <w15:docId w15:val="{6950715B-CF6D-4D09-8222-4BA47983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54D3F"/>
    <w:rPr>
      <w:rFonts w:ascii="Arial" w:hAnsi="Arial"/>
      <w:color w:val="2D3748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2A3E4F-2487-4D7A-ADCE-1E7906AC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Weinlichova Jarmila</cp:lastModifiedBy>
  <cp:revision>2</cp:revision>
  <dcterms:created xsi:type="dcterms:W3CDTF">2026-09-22T05:33:00Z</dcterms:created>
  <dcterms:modified xsi:type="dcterms:W3CDTF">2026-09-22T05:33:00Z</dcterms:modified>
  <cp:category/>
</cp:coreProperties>
</file>